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E7114" w14:textId="3E879381" w:rsidR="0033391C" w:rsidRPr="00BF7F9B" w:rsidRDefault="00D800EC" w:rsidP="0033391C">
      <w:pPr>
        <w:tabs>
          <w:tab w:val="left" w:pos="5385"/>
        </w:tabs>
        <w:spacing w:after="0"/>
        <w:jc w:val="right"/>
        <w:rPr>
          <w:rFonts w:ascii="ＭＳ 明朝" w:hAnsi="ＭＳ 明朝"/>
          <w:sz w:val="20"/>
          <w:szCs w:val="20"/>
          <w:lang w:eastAsia="ja-JP"/>
        </w:rPr>
      </w:pPr>
      <w:r w:rsidRPr="00111A64">
        <w:rPr>
          <w:rFonts w:hint="eastAsia"/>
          <w:b/>
          <w:bCs/>
          <w:lang w:eastAsia="ja-JP"/>
        </w:rPr>
        <w:t xml:space="preserve">　　　　</w:t>
      </w:r>
      <w:r w:rsidR="00E62D61" w:rsidRPr="00BF7F9B">
        <w:rPr>
          <w:rFonts w:ascii="ＭＳ 明朝" w:hAnsi="ＭＳ 明朝" w:hint="eastAsia"/>
          <w:sz w:val="20"/>
          <w:szCs w:val="20"/>
          <w:lang w:eastAsia="ja-JP"/>
        </w:rPr>
        <w:t>令和8年8月吉日</w:t>
      </w:r>
    </w:p>
    <w:p w14:paraId="5D346E2A" w14:textId="77777777" w:rsidR="00B44785" w:rsidRDefault="00B44785" w:rsidP="00B44785">
      <w:pPr>
        <w:tabs>
          <w:tab w:val="left" w:pos="5385"/>
        </w:tabs>
        <w:spacing w:after="0"/>
        <w:ind w:right="840"/>
        <w:rPr>
          <w:rFonts w:ascii="ＭＳ 明朝" w:hAnsi="ＭＳ 明朝"/>
          <w:szCs w:val="21"/>
          <w:lang w:eastAsia="ja-JP"/>
        </w:rPr>
      </w:pPr>
    </w:p>
    <w:p w14:paraId="7F5DC5D6" w14:textId="14C19D50" w:rsidR="0033391C" w:rsidRPr="00A929F9" w:rsidRDefault="00B44785" w:rsidP="00A929F9">
      <w:pPr>
        <w:tabs>
          <w:tab w:val="left" w:pos="5385"/>
        </w:tabs>
        <w:spacing w:after="0"/>
        <w:ind w:right="840" w:firstLineChars="1200" w:firstLine="2891"/>
        <w:rPr>
          <w:rFonts w:ascii="ＭＳ 明朝" w:hAnsi="ＭＳ 明朝"/>
          <w:b/>
          <w:bCs/>
          <w:sz w:val="24"/>
          <w:szCs w:val="24"/>
          <w:lang w:eastAsia="ja-JP"/>
        </w:rPr>
      </w:pPr>
      <w:r w:rsidRPr="00A929F9">
        <w:rPr>
          <w:b/>
          <w:bCs/>
          <w:sz w:val="24"/>
          <w:szCs w:val="24"/>
          <w:lang w:eastAsia="ja-JP"/>
        </w:rPr>
        <w:t>出店</w:t>
      </w:r>
      <w:r w:rsidRPr="00A929F9">
        <w:rPr>
          <w:rFonts w:hint="eastAsia"/>
          <w:b/>
          <w:bCs/>
          <w:sz w:val="24"/>
          <w:szCs w:val="24"/>
          <w:lang w:eastAsia="ja-JP"/>
        </w:rPr>
        <w:t>案内のお知らせ</w:t>
      </w:r>
    </w:p>
    <w:p w14:paraId="60DBA373" w14:textId="2E9AAFFA" w:rsidR="00344524" w:rsidRPr="00BF7F9B" w:rsidRDefault="00E62D61" w:rsidP="0033391C">
      <w:pPr>
        <w:tabs>
          <w:tab w:val="left" w:pos="5385"/>
        </w:tabs>
        <w:spacing w:after="0"/>
        <w:ind w:firstLineChars="2600" w:firstLine="5200"/>
        <w:jc w:val="right"/>
        <w:rPr>
          <w:rFonts w:ascii="ＭＳ 明朝" w:hAnsi="ＭＳ 明朝"/>
          <w:sz w:val="20"/>
          <w:szCs w:val="20"/>
          <w:lang w:eastAsia="zh-CN"/>
        </w:rPr>
      </w:pPr>
      <w:r w:rsidRPr="00BF7F9B">
        <w:rPr>
          <w:rFonts w:ascii="ＭＳ 明朝" w:hAnsi="ＭＳ 明朝" w:hint="eastAsia"/>
          <w:sz w:val="20"/>
          <w:szCs w:val="20"/>
          <w:lang w:eastAsia="zh-CN"/>
        </w:rPr>
        <w:t>精華町商工会青年部</w:t>
      </w:r>
    </w:p>
    <w:p w14:paraId="611D0C3C" w14:textId="391D0DBD" w:rsidR="00E62D61" w:rsidRPr="00BF7F9B" w:rsidRDefault="00344524" w:rsidP="00344524">
      <w:pPr>
        <w:tabs>
          <w:tab w:val="left" w:pos="5385"/>
        </w:tabs>
        <w:spacing w:after="0"/>
        <w:ind w:firstLineChars="2600" w:firstLine="5200"/>
        <w:jc w:val="right"/>
        <w:rPr>
          <w:rFonts w:ascii="ＭＳ 明朝" w:hAnsi="ＭＳ 明朝"/>
          <w:sz w:val="20"/>
          <w:szCs w:val="20"/>
          <w:lang w:eastAsia="zh-CN"/>
        </w:rPr>
      </w:pPr>
      <w:r w:rsidRPr="00BF7F9B">
        <w:rPr>
          <w:rFonts w:ascii="ＭＳ 明朝" w:hAnsi="ＭＳ 明朝" w:hint="eastAsia"/>
          <w:sz w:val="20"/>
          <w:szCs w:val="20"/>
          <w:lang w:eastAsia="zh-CN"/>
        </w:rPr>
        <w:t xml:space="preserve">　　　</w:t>
      </w:r>
      <w:r w:rsidR="00E62D61" w:rsidRPr="00BF7F9B">
        <w:rPr>
          <w:rFonts w:ascii="ＭＳ 明朝" w:hAnsi="ＭＳ 明朝" w:hint="eastAsia"/>
          <w:sz w:val="20"/>
          <w:szCs w:val="20"/>
          <w:lang w:eastAsia="zh-CN"/>
        </w:rPr>
        <w:t xml:space="preserve">　　　</w:t>
      </w:r>
      <w:r w:rsidRPr="00BF7F9B">
        <w:rPr>
          <w:rFonts w:ascii="ＭＳ 明朝" w:hAnsi="ＭＳ 明朝" w:hint="eastAsia"/>
          <w:sz w:val="20"/>
          <w:szCs w:val="20"/>
          <w:lang w:eastAsia="zh-CN"/>
        </w:rPr>
        <w:t xml:space="preserve">部長　</w:t>
      </w:r>
      <w:r w:rsidR="00E62D61" w:rsidRPr="00BF7F9B">
        <w:rPr>
          <w:rFonts w:ascii="ＭＳ 明朝" w:hAnsi="ＭＳ 明朝" w:hint="eastAsia"/>
          <w:sz w:val="20"/>
          <w:szCs w:val="20"/>
          <w:lang w:eastAsia="zh-CN"/>
        </w:rPr>
        <w:t>田中　雅幸</w:t>
      </w:r>
    </w:p>
    <w:p w14:paraId="326B3EF4" w14:textId="77777777" w:rsidR="00E62D61" w:rsidRPr="00BF7F9B" w:rsidRDefault="00E62D61" w:rsidP="00344524">
      <w:pPr>
        <w:tabs>
          <w:tab w:val="left" w:pos="5385"/>
        </w:tabs>
        <w:wordWrap w:val="0"/>
        <w:spacing w:after="0"/>
        <w:ind w:firstLineChars="2600" w:firstLine="5200"/>
        <w:jc w:val="right"/>
        <w:rPr>
          <w:rFonts w:ascii="ＭＳ 明朝" w:hAnsi="ＭＳ 明朝"/>
          <w:sz w:val="20"/>
          <w:szCs w:val="20"/>
          <w:lang w:eastAsia="ja-JP"/>
        </w:rPr>
      </w:pPr>
      <w:r w:rsidRPr="00BF7F9B">
        <w:rPr>
          <w:rFonts w:ascii="ＭＳ 明朝" w:hAnsi="ＭＳ 明朝" w:hint="eastAsia"/>
          <w:sz w:val="20"/>
          <w:szCs w:val="20"/>
          <w:lang w:eastAsia="ja-JP"/>
        </w:rPr>
        <w:t>イベント事業部</w:t>
      </w:r>
    </w:p>
    <w:p w14:paraId="575AD25B" w14:textId="77777777" w:rsidR="00E62D61" w:rsidRPr="00BF7F9B" w:rsidRDefault="00E62D61" w:rsidP="00344524">
      <w:pPr>
        <w:tabs>
          <w:tab w:val="left" w:pos="5385"/>
        </w:tabs>
        <w:wordWrap w:val="0"/>
        <w:spacing w:after="0" w:line="0" w:lineRule="atLeast"/>
        <w:ind w:firstLineChars="2600" w:firstLine="5200"/>
        <w:jc w:val="right"/>
        <w:rPr>
          <w:rFonts w:ascii="ＭＳ 明朝" w:hAnsi="ＭＳ 明朝"/>
          <w:sz w:val="20"/>
          <w:szCs w:val="20"/>
          <w:lang w:eastAsia="ja-JP"/>
        </w:rPr>
      </w:pPr>
      <w:r w:rsidRPr="00BF7F9B">
        <w:rPr>
          <w:rFonts w:ascii="ＭＳ 明朝" w:hAnsi="ＭＳ 明朝" w:hint="eastAsia"/>
          <w:sz w:val="20"/>
          <w:szCs w:val="20"/>
          <w:lang w:eastAsia="ja-JP"/>
        </w:rPr>
        <w:t>担当　寺本　和広</w:t>
      </w:r>
    </w:p>
    <w:p w14:paraId="4F6F8160" w14:textId="75892FAF" w:rsidR="0071459D" w:rsidRPr="00D265DF" w:rsidRDefault="00F62CF4" w:rsidP="00BF7F9B">
      <w:pPr>
        <w:pStyle w:val="1"/>
        <w:spacing w:before="0"/>
        <w:rPr>
          <w:rFonts w:asciiTheme="majorEastAsia" w:hAnsiTheme="majorEastAsia"/>
          <w:color w:val="auto"/>
          <w:sz w:val="20"/>
          <w:szCs w:val="20"/>
          <w:lang w:eastAsia="ja-JP"/>
        </w:rPr>
      </w:pPr>
      <w:r w:rsidRPr="00BF7F9B">
        <w:rPr>
          <w:rFonts w:asciiTheme="majorEastAsia" w:hAnsiTheme="majorEastAsia"/>
          <w:color w:val="auto"/>
          <w:sz w:val="20"/>
          <w:szCs w:val="20"/>
          <w:lang w:eastAsia="ja-JP"/>
        </w:rPr>
        <w:t>平素よりお世話になっております。</w:t>
      </w:r>
      <w:r w:rsidRPr="00BF7F9B">
        <w:rPr>
          <w:rFonts w:asciiTheme="majorEastAsia" w:hAnsiTheme="majorEastAsia"/>
          <w:color w:val="auto"/>
          <w:sz w:val="20"/>
          <w:szCs w:val="20"/>
          <w:lang w:eastAsia="ja-JP"/>
        </w:rPr>
        <w:br/>
        <w:t>この</w:t>
      </w:r>
      <w:r w:rsidR="0071459D">
        <w:rPr>
          <w:rFonts w:asciiTheme="majorEastAsia" w:hAnsiTheme="majorEastAsia" w:hint="eastAsia"/>
          <w:color w:val="auto"/>
          <w:sz w:val="20"/>
          <w:szCs w:val="20"/>
          <w:lang w:eastAsia="ja-JP"/>
        </w:rPr>
        <w:t>度</w:t>
      </w:r>
      <w:r w:rsidRPr="00BF7F9B">
        <w:rPr>
          <w:rFonts w:asciiTheme="majorEastAsia" w:hAnsiTheme="majorEastAsia"/>
          <w:color w:val="auto"/>
          <w:sz w:val="20"/>
          <w:szCs w:val="20"/>
          <w:lang w:eastAsia="ja-JP"/>
        </w:rPr>
        <w:t>、下記のとおりイベントを開催いたします。つきましては、ご出店いただきたくご案内申し上げます。</w:t>
      </w:r>
      <w:r w:rsidR="00B73DCA" w:rsidRPr="00BF7F9B">
        <w:rPr>
          <w:rFonts w:asciiTheme="majorEastAsia" w:hAnsiTheme="majorEastAsia" w:hint="eastAsia"/>
          <w:color w:val="auto"/>
          <w:sz w:val="20"/>
          <w:szCs w:val="20"/>
          <w:lang w:eastAsia="ja-JP"/>
        </w:rPr>
        <w:t>下記の</w:t>
      </w:r>
      <w:r w:rsidRPr="00BF7F9B">
        <w:rPr>
          <w:rFonts w:asciiTheme="majorEastAsia" w:hAnsiTheme="majorEastAsia"/>
          <w:color w:val="auto"/>
          <w:sz w:val="20"/>
          <w:szCs w:val="20"/>
          <w:lang w:eastAsia="ja-JP"/>
        </w:rPr>
        <w:t>内容をご確認のうえ、</w:t>
      </w:r>
      <w:r w:rsidR="00D265DF">
        <w:rPr>
          <w:rFonts w:asciiTheme="majorEastAsia" w:hAnsiTheme="majorEastAsia" w:hint="eastAsia"/>
          <w:color w:val="auto"/>
          <w:sz w:val="20"/>
          <w:szCs w:val="20"/>
          <w:lang w:eastAsia="ja-JP"/>
        </w:rPr>
        <w:t>出店をご希望の方は</w:t>
      </w:r>
      <w:r w:rsidRPr="00BF7F9B">
        <w:rPr>
          <w:rFonts w:asciiTheme="majorEastAsia" w:hAnsiTheme="majorEastAsia"/>
          <w:color w:val="auto"/>
          <w:sz w:val="20"/>
          <w:szCs w:val="20"/>
          <w:lang w:eastAsia="ja-JP"/>
        </w:rPr>
        <w:t>期限までにご回答くださいますようお願いいたします。</w:t>
      </w:r>
    </w:p>
    <w:p w14:paraId="440DCE1C" w14:textId="6D3CC571" w:rsidR="00F43102" w:rsidRPr="00BF7F9B" w:rsidRDefault="00F62CF4" w:rsidP="00CF4214">
      <w:pPr>
        <w:pStyle w:val="1"/>
        <w:spacing w:before="0"/>
        <w:ind w:firstLineChars="1300" w:firstLine="3132"/>
        <w:rPr>
          <w:rFonts w:asciiTheme="majorEastAsia" w:hAnsiTheme="majorEastAsia"/>
          <w:lang w:eastAsia="ja-JP"/>
        </w:rPr>
      </w:pPr>
      <w:proofErr w:type="spellStart"/>
      <w:r w:rsidRPr="00D7201C">
        <w:rPr>
          <w:color w:val="auto"/>
          <w:sz w:val="24"/>
          <w:szCs w:val="24"/>
        </w:rPr>
        <w:t>イベント概要</w:t>
      </w:r>
      <w:proofErr w:type="spellEnd"/>
    </w:p>
    <w:tbl>
      <w:tblPr>
        <w:tblStyle w:val="afe"/>
        <w:tblW w:w="0" w:type="auto"/>
        <w:tblLook w:val="04A0" w:firstRow="1" w:lastRow="0" w:firstColumn="1" w:lastColumn="0" w:noHBand="0" w:noVBand="1"/>
      </w:tblPr>
      <w:tblGrid>
        <w:gridCol w:w="2122"/>
        <w:gridCol w:w="6508"/>
      </w:tblGrid>
      <w:tr w:rsidR="00F43102" w:rsidRPr="00CA60A1" w14:paraId="16FDAB7D" w14:textId="77777777" w:rsidTr="00CF4214">
        <w:tc>
          <w:tcPr>
            <w:tcW w:w="2122" w:type="dxa"/>
          </w:tcPr>
          <w:p w14:paraId="60A8D0B3" w14:textId="77777777" w:rsidR="00F43102" w:rsidRPr="00CA60A1" w:rsidRDefault="00F62CF4">
            <w:pPr>
              <w:rPr>
                <w:sz w:val="20"/>
                <w:szCs w:val="20"/>
              </w:rPr>
            </w:pPr>
            <w:proofErr w:type="spellStart"/>
            <w:r w:rsidRPr="00CA60A1">
              <w:rPr>
                <w:sz w:val="20"/>
                <w:szCs w:val="20"/>
              </w:rPr>
              <w:t>イベント名</w:t>
            </w:r>
            <w:proofErr w:type="spellEnd"/>
          </w:p>
        </w:tc>
        <w:tc>
          <w:tcPr>
            <w:tcW w:w="6508" w:type="dxa"/>
          </w:tcPr>
          <w:p w14:paraId="475B5CA3" w14:textId="0A39535F" w:rsidR="00F43102" w:rsidRPr="00CA60A1" w:rsidRDefault="00BC553C">
            <w:pPr>
              <w:rPr>
                <w:sz w:val="20"/>
                <w:szCs w:val="20"/>
              </w:rPr>
            </w:pPr>
            <w:r w:rsidRPr="00CA60A1">
              <w:rPr>
                <w:rFonts w:hint="eastAsia"/>
                <w:sz w:val="20"/>
                <w:szCs w:val="20"/>
              </w:rPr>
              <w:t>ハロウィンフェスタ</w:t>
            </w:r>
            <w:r w:rsidRPr="00CA60A1">
              <w:rPr>
                <w:rFonts w:hint="eastAsia"/>
                <w:sz w:val="20"/>
                <w:szCs w:val="20"/>
              </w:rPr>
              <w:t>2026</w:t>
            </w:r>
          </w:p>
        </w:tc>
      </w:tr>
      <w:tr w:rsidR="00F43102" w:rsidRPr="00CA60A1" w14:paraId="6C730664" w14:textId="77777777" w:rsidTr="00CF4214">
        <w:tc>
          <w:tcPr>
            <w:tcW w:w="2122" w:type="dxa"/>
          </w:tcPr>
          <w:p w14:paraId="1CA89ED2" w14:textId="77777777" w:rsidR="00F43102" w:rsidRPr="00CA60A1" w:rsidRDefault="00F62CF4">
            <w:pPr>
              <w:rPr>
                <w:sz w:val="20"/>
                <w:szCs w:val="20"/>
              </w:rPr>
            </w:pPr>
            <w:proofErr w:type="spellStart"/>
            <w:r w:rsidRPr="00CA60A1">
              <w:rPr>
                <w:sz w:val="20"/>
                <w:szCs w:val="20"/>
              </w:rPr>
              <w:t>開催日時</w:t>
            </w:r>
            <w:proofErr w:type="spellEnd"/>
          </w:p>
        </w:tc>
        <w:tc>
          <w:tcPr>
            <w:tcW w:w="6508" w:type="dxa"/>
          </w:tcPr>
          <w:p w14:paraId="0BE1B1EA" w14:textId="5A35AB5A" w:rsidR="00F43102" w:rsidRPr="00CA60A1" w:rsidRDefault="00BC553C" w:rsidP="00EE5D07">
            <w:pPr>
              <w:rPr>
                <w:sz w:val="20"/>
                <w:szCs w:val="20"/>
                <w:lang w:eastAsia="ja-JP"/>
              </w:rPr>
            </w:pPr>
            <w:r w:rsidRPr="00CA60A1">
              <w:rPr>
                <w:rFonts w:hint="eastAsia"/>
                <w:sz w:val="20"/>
                <w:szCs w:val="20"/>
                <w:lang w:eastAsia="ja-JP"/>
              </w:rPr>
              <w:t>令和</w:t>
            </w:r>
            <w:r w:rsidRPr="00CA60A1">
              <w:rPr>
                <w:rFonts w:hint="eastAsia"/>
                <w:sz w:val="20"/>
                <w:szCs w:val="20"/>
                <w:lang w:eastAsia="ja-JP"/>
              </w:rPr>
              <w:t>8</w:t>
            </w:r>
            <w:r w:rsidR="00F62CF4" w:rsidRPr="00CA60A1">
              <w:rPr>
                <w:sz w:val="20"/>
                <w:szCs w:val="20"/>
              </w:rPr>
              <w:t>年</w:t>
            </w:r>
            <w:r w:rsidRPr="00CA60A1">
              <w:rPr>
                <w:rFonts w:hint="eastAsia"/>
                <w:sz w:val="20"/>
                <w:szCs w:val="20"/>
                <w:lang w:eastAsia="ja-JP"/>
              </w:rPr>
              <w:t>10</w:t>
            </w:r>
            <w:r w:rsidR="00F62CF4" w:rsidRPr="00CA60A1">
              <w:rPr>
                <w:sz w:val="20"/>
                <w:szCs w:val="20"/>
              </w:rPr>
              <w:t>月</w:t>
            </w:r>
            <w:r w:rsidRPr="00CA60A1">
              <w:rPr>
                <w:rFonts w:hint="eastAsia"/>
                <w:sz w:val="20"/>
                <w:szCs w:val="20"/>
                <w:lang w:eastAsia="ja-JP"/>
              </w:rPr>
              <w:t>31</w:t>
            </w:r>
            <w:r w:rsidR="00F62CF4" w:rsidRPr="00CA60A1">
              <w:rPr>
                <w:sz w:val="20"/>
                <w:szCs w:val="20"/>
              </w:rPr>
              <w:t>日（</w:t>
            </w:r>
            <w:r w:rsidRPr="00CA60A1">
              <w:rPr>
                <w:rFonts w:hint="eastAsia"/>
                <w:sz w:val="20"/>
                <w:szCs w:val="20"/>
                <w:lang w:eastAsia="ja-JP"/>
              </w:rPr>
              <w:t>土</w:t>
            </w:r>
            <w:r w:rsidR="00F62CF4" w:rsidRPr="00CA60A1">
              <w:rPr>
                <w:sz w:val="20"/>
                <w:szCs w:val="20"/>
              </w:rPr>
              <w:t>）</w:t>
            </w:r>
            <w:r w:rsidR="0029593E" w:rsidRPr="00CA60A1">
              <w:rPr>
                <w:rFonts w:hint="eastAsia"/>
                <w:sz w:val="20"/>
                <w:szCs w:val="20"/>
                <w:lang w:eastAsia="ja-JP"/>
              </w:rPr>
              <w:t>15</w:t>
            </w:r>
            <w:r w:rsidR="00F62CF4" w:rsidRPr="00CA60A1">
              <w:rPr>
                <w:sz w:val="20"/>
                <w:szCs w:val="20"/>
              </w:rPr>
              <w:t>：</w:t>
            </w:r>
            <w:r w:rsidR="00223B0C">
              <w:rPr>
                <w:rFonts w:hint="eastAsia"/>
                <w:sz w:val="20"/>
                <w:szCs w:val="20"/>
                <w:lang w:eastAsia="ja-JP"/>
              </w:rPr>
              <w:t>00</w:t>
            </w:r>
            <w:r w:rsidR="00F62CF4" w:rsidRPr="00CA60A1">
              <w:rPr>
                <w:sz w:val="20"/>
                <w:szCs w:val="20"/>
              </w:rPr>
              <w:t>～</w:t>
            </w:r>
            <w:r w:rsidR="00223B0C">
              <w:rPr>
                <w:rFonts w:hint="eastAsia"/>
                <w:sz w:val="20"/>
                <w:szCs w:val="20"/>
                <w:lang w:eastAsia="ja-JP"/>
              </w:rPr>
              <w:t>19</w:t>
            </w:r>
            <w:r w:rsidR="00F62CF4" w:rsidRPr="00CA60A1">
              <w:rPr>
                <w:sz w:val="20"/>
                <w:szCs w:val="20"/>
              </w:rPr>
              <w:t>：</w:t>
            </w:r>
            <w:r w:rsidR="00223B0C">
              <w:rPr>
                <w:rFonts w:hint="eastAsia"/>
                <w:sz w:val="20"/>
                <w:szCs w:val="20"/>
                <w:lang w:eastAsia="ja-JP"/>
              </w:rPr>
              <w:t>30</w:t>
            </w:r>
            <w:r w:rsidR="00CA2D11">
              <w:rPr>
                <w:rFonts w:hint="eastAsia"/>
                <w:sz w:val="20"/>
                <w:szCs w:val="20"/>
                <w:lang w:eastAsia="ja-JP"/>
              </w:rPr>
              <w:t>(</w:t>
            </w:r>
            <w:r w:rsidR="00CA2D11">
              <w:rPr>
                <w:rFonts w:hint="eastAsia"/>
                <w:sz w:val="20"/>
                <w:szCs w:val="20"/>
                <w:lang w:eastAsia="ja-JP"/>
              </w:rPr>
              <w:t>予定</w:t>
            </w:r>
            <w:r w:rsidR="00CA2D11">
              <w:rPr>
                <w:rFonts w:hint="eastAsia"/>
                <w:sz w:val="20"/>
                <w:szCs w:val="20"/>
                <w:lang w:eastAsia="ja-JP"/>
              </w:rPr>
              <w:t>)</w:t>
            </w:r>
          </w:p>
        </w:tc>
      </w:tr>
      <w:tr w:rsidR="00F43102" w:rsidRPr="00CA60A1" w14:paraId="2B30D4C1" w14:textId="77777777" w:rsidTr="00CF4214">
        <w:tc>
          <w:tcPr>
            <w:tcW w:w="2122" w:type="dxa"/>
          </w:tcPr>
          <w:p w14:paraId="13C926DD" w14:textId="77777777" w:rsidR="00F43102" w:rsidRPr="00CA60A1" w:rsidRDefault="00F62CF4">
            <w:pPr>
              <w:rPr>
                <w:sz w:val="20"/>
                <w:szCs w:val="20"/>
              </w:rPr>
            </w:pPr>
            <w:proofErr w:type="spellStart"/>
            <w:r w:rsidRPr="00CA60A1">
              <w:rPr>
                <w:sz w:val="20"/>
                <w:szCs w:val="20"/>
              </w:rPr>
              <w:t>開催場所</w:t>
            </w:r>
            <w:proofErr w:type="spellEnd"/>
          </w:p>
        </w:tc>
        <w:tc>
          <w:tcPr>
            <w:tcW w:w="6508" w:type="dxa"/>
          </w:tcPr>
          <w:p w14:paraId="26E49B91" w14:textId="22D4D1FE" w:rsidR="00F43102" w:rsidRPr="00CA60A1" w:rsidRDefault="00AB6A27">
            <w:pPr>
              <w:rPr>
                <w:sz w:val="20"/>
                <w:szCs w:val="20"/>
                <w:lang w:eastAsia="ja-JP"/>
              </w:rPr>
            </w:pPr>
            <w:r w:rsidRPr="00CA60A1">
              <w:rPr>
                <w:rFonts w:hint="eastAsia"/>
                <w:sz w:val="20"/>
                <w:szCs w:val="20"/>
                <w:lang w:eastAsia="ja-JP"/>
              </w:rPr>
              <w:t>けいはんなプラザ　日時計広場</w:t>
            </w:r>
          </w:p>
        </w:tc>
      </w:tr>
      <w:tr w:rsidR="00F43102" w:rsidRPr="00CA60A1" w14:paraId="0BF3153D" w14:textId="77777777" w:rsidTr="00CF4214">
        <w:tc>
          <w:tcPr>
            <w:tcW w:w="2122" w:type="dxa"/>
          </w:tcPr>
          <w:p w14:paraId="0B5ECA1B" w14:textId="77777777" w:rsidR="00F43102" w:rsidRPr="00CA60A1" w:rsidRDefault="00F62CF4">
            <w:pPr>
              <w:rPr>
                <w:sz w:val="20"/>
                <w:szCs w:val="20"/>
              </w:rPr>
            </w:pPr>
            <w:proofErr w:type="spellStart"/>
            <w:r w:rsidRPr="00CA60A1">
              <w:rPr>
                <w:sz w:val="20"/>
                <w:szCs w:val="20"/>
              </w:rPr>
              <w:t>主催</w:t>
            </w:r>
            <w:proofErr w:type="spellEnd"/>
          </w:p>
        </w:tc>
        <w:tc>
          <w:tcPr>
            <w:tcW w:w="6508" w:type="dxa"/>
          </w:tcPr>
          <w:p w14:paraId="4E7C270E" w14:textId="18E5B15D" w:rsidR="00F43102" w:rsidRPr="00CA60A1" w:rsidRDefault="00AB6A27">
            <w:pPr>
              <w:rPr>
                <w:sz w:val="20"/>
                <w:szCs w:val="20"/>
              </w:rPr>
            </w:pPr>
            <w:r w:rsidRPr="00CA60A1">
              <w:rPr>
                <w:rFonts w:hint="eastAsia"/>
                <w:sz w:val="20"/>
                <w:szCs w:val="20"/>
                <w:lang w:eastAsia="ja-JP"/>
              </w:rPr>
              <w:t>精華町商工会青年部</w:t>
            </w:r>
          </w:p>
        </w:tc>
      </w:tr>
      <w:tr w:rsidR="00F43102" w:rsidRPr="00CA60A1" w14:paraId="4910A1B5" w14:textId="77777777" w:rsidTr="00CF4214">
        <w:tc>
          <w:tcPr>
            <w:tcW w:w="2122" w:type="dxa"/>
          </w:tcPr>
          <w:p w14:paraId="07826DC6" w14:textId="77777777" w:rsidR="00F43102" w:rsidRPr="00CA60A1" w:rsidRDefault="00F62CF4">
            <w:pPr>
              <w:rPr>
                <w:sz w:val="20"/>
                <w:szCs w:val="20"/>
              </w:rPr>
            </w:pPr>
            <w:proofErr w:type="spellStart"/>
            <w:r w:rsidRPr="00CA60A1">
              <w:rPr>
                <w:sz w:val="20"/>
                <w:szCs w:val="20"/>
              </w:rPr>
              <w:t>イベント内容</w:t>
            </w:r>
            <w:proofErr w:type="spellEnd"/>
          </w:p>
        </w:tc>
        <w:tc>
          <w:tcPr>
            <w:tcW w:w="6508" w:type="dxa"/>
          </w:tcPr>
          <w:p w14:paraId="31BA09A4" w14:textId="31590BC2" w:rsidR="00F43102" w:rsidRPr="00CA60A1" w:rsidRDefault="00AB6A27">
            <w:pPr>
              <w:rPr>
                <w:sz w:val="20"/>
                <w:szCs w:val="20"/>
                <w:lang w:eastAsia="ja-JP"/>
              </w:rPr>
            </w:pPr>
            <w:r w:rsidRPr="00CA60A1">
              <w:rPr>
                <w:rFonts w:hint="eastAsia"/>
                <w:sz w:val="20"/>
                <w:szCs w:val="20"/>
                <w:lang w:eastAsia="ja-JP"/>
              </w:rPr>
              <w:t>仮装ランウェイ</w:t>
            </w:r>
            <w:r w:rsidR="00F16C79" w:rsidRPr="00CA60A1">
              <w:rPr>
                <w:rFonts w:hint="eastAsia"/>
                <w:sz w:val="20"/>
                <w:szCs w:val="20"/>
                <w:lang w:eastAsia="ja-JP"/>
              </w:rPr>
              <w:t>・出店</w:t>
            </w:r>
          </w:p>
        </w:tc>
      </w:tr>
      <w:tr w:rsidR="00F43102" w:rsidRPr="00CA60A1" w14:paraId="019B727A" w14:textId="77777777" w:rsidTr="00CF4214">
        <w:tc>
          <w:tcPr>
            <w:tcW w:w="2122" w:type="dxa"/>
          </w:tcPr>
          <w:p w14:paraId="1E188163" w14:textId="77777777" w:rsidR="00F43102" w:rsidRPr="00CA60A1" w:rsidRDefault="00F62CF4">
            <w:pPr>
              <w:rPr>
                <w:sz w:val="20"/>
                <w:szCs w:val="20"/>
              </w:rPr>
            </w:pPr>
            <w:proofErr w:type="spellStart"/>
            <w:r w:rsidRPr="00CA60A1">
              <w:rPr>
                <w:sz w:val="20"/>
                <w:szCs w:val="20"/>
              </w:rPr>
              <w:t>来場予定人数</w:t>
            </w:r>
            <w:proofErr w:type="spellEnd"/>
          </w:p>
        </w:tc>
        <w:tc>
          <w:tcPr>
            <w:tcW w:w="6508" w:type="dxa"/>
          </w:tcPr>
          <w:p w14:paraId="2D286445" w14:textId="3AAD4245" w:rsidR="00F43102" w:rsidRPr="00CA60A1" w:rsidRDefault="00F62CF4">
            <w:pPr>
              <w:rPr>
                <w:sz w:val="20"/>
                <w:szCs w:val="20"/>
              </w:rPr>
            </w:pPr>
            <w:r w:rsidRPr="00CA60A1">
              <w:rPr>
                <w:sz w:val="20"/>
                <w:szCs w:val="20"/>
              </w:rPr>
              <w:t>約</w:t>
            </w:r>
            <w:r w:rsidR="00F16C79" w:rsidRPr="00CA60A1">
              <w:rPr>
                <w:rFonts w:hint="eastAsia"/>
                <w:sz w:val="20"/>
                <w:szCs w:val="20"/>
                <w:lang w:eastAsia="ja-JP"/>
              </w:rPr>
              <w:t>700</w:t>
            </w:r>
            <w:r w:rsidRPr="00CA60A1">
              <w:rPr>
                <w:sz w:val="20"/>
                <w:szCs w:val="20"/>
              </w:rPr>
              <w:t>名</w:t>
            </w:r>
          </w:p>
        </w:tc>
      </w:tr>
    </w:tbl>
    <w:p w14:paraId="0B6FFC6E" w14:textId="77777777" w:rsidR="00F55926" w:rsidRPr="00D7201C" w:rsidRDefault="00F55926" w:rsidP="00F55926">
      <w:pPr>
        <w:pStyle w:val="21"/>
        <w:rPr>
          <w:color w:val="auto"/>
          <w:sz w:val="24"/>
          <w:szCs w:val="24"/>
        </w:rPr>
      </w:pPr>
      <w:proofErr w:type="spellStart"/>
      <w:r w:rsidRPr="00D7201C">
        <w:rPr>
          <w:color w:val="auto"/>
          <w:sz w:val="24"/>
          <w:szCs w:val="24"/>
        </w:rPr>
        <w:t>出店条件</w:t>
      </w:r>
      <w:proofErr w:type="spellEnd"/>
    </w:p>
    <w:tbl>
      <w:tblPr>
        <w:tblStyle w:val="afe"/>
        <w:tblW w:w="0" w:type="auto"/>
        <w:tblLook w:val="04A0" w:firstRow="1" w:lastRow="0" w:firstColumn="1" w:lastColumn="0" w:noHBand="0" w:noVBand="1"/>
      </w:tblPr>
      <w:tblGrid>
        <w:gridCol w:w="2122"/>
        <w:gridCol w:w="6508"/>
      </w:tblGrid>
      <w:tr w:rsidR="00F55926" w14:paraId="4F6120C6" w14:textId="77777777" w:rsidTr="00CF4214">
        <w:tc>
          <w:tcPr>
            <w:tcW w:w="2122" w:type="dxa"/>
          </w:tcPr>
          <w:p w14:paraId="6233CC98" w14:textId="77777777" w:rsidR="00F55926" w:rsidRPr="004D285B" w:rsidRDefault="00F55926" w:rsidP="00735C79">
            <w:pPr>
              <w:rPr>
                <w:sz w:val="20"/>
                <w:szCs w:val="20"/>
              </w:rPr>
            </w:pPr>
            <w:proofErr w:type="spellStart"/>
            <w:r w:rsidRPr="004D285B">
              <w:rPr>
                <w:sz w:val="20"/>
                <w:szCs w:val="20"/>
              </w:rPr>
              <w:t>出店資格</w:t>
            </w:r>
            <w:proofErr w:type="spellEnd"/>
          </w:p>
        </w:tc>
        <w:tc>
          <w:tcPr>
            <w:tcW w:w="6508" w:type="dxa"/>
          </w:tcPr>
          <w:p w14:paraId="783CCBBE" w14:textId="77777777" w:rsidR="00F55926" w:rsidRPr="004D285B" w:rsidRDefault="00F55926" w:rsidP="00735C79">
            <w:pPr>
              <w:rPr>
                <w:sz w:val="20"/>
                <w:szCs w:val="20"/>
                <w:lang w:eastAsia="ja-JP"/>
              </w:rPr>
            </w:pPr>
            <w:r w:rsidRPr="004D285B">
              <w:rPr>
                <w:sz w:val="20"/>
                <w:szCs w:val="20"/>
                <w:lang w:eastAsia="ja-JP"/>
              </w:rPr>
              <w:t>飲食出店を行う事業者で、露店営業許可を有している方（営業許可証の写しをご提出ください）</w:t>
            </w:r>
          </w:p>
        </w:tc>
      </w:tr>
      <w:tr w:rsidR="00F55926" w14:paraId="3B0D690D" w14:textId="77777777" w:rsidTr="00CF4214">
        <w:tc>
          <w:tcPr>
            <w:tcW w:w="2122" w:type="dxa"/>
          </w:tcPr>
          <w:p w14:paraId="5C33235F" w14:textId="77777777" w:rsidR="00F55926" w:rsidRPr="004D285B" w:rsidRDefault="00F55926" w:rsidP="00735C79">
            <w:pPr>
              <w:rPr>
                <w:sz w:val="20"/>
                <w:szCs w:val="20"/>
              </w:rPr>
            </w:pPr>
            <w:proofErr w:type="spellStart"/>
            <w:r w:rsidRPr="004D285B">
              <w:rPr>
                <w:sz w:val="20"/>
                <w:szCs w:val="20"/>
              </w:rPr>
              <w:t>募集店舗数</w:t>
            </w:r>
            <w:proofErr w:type="spellEnd"/>
          </w:p>
        </w:tc>
        <w:tc>
          <w:tcPr>
            <w:tcW w:w="6508" w:type="dxa"/>
          </w:tcPr>
          <w:p w14:paraId="30E0CC61" w14:textId="3CE3C914" w:rsidR="00F55926" w:rsidRPr="004D285B" w:rsidRDefault="00F55926" w:rsidP="00735C79">
            <w:pPr>
              <w:rPr>
                <w:sz w:val="20"/>
                <w:szCs w:val="20"/>
                <w:lang w:eastAsia="ja-JP"/>
              </w:rPr>
            </w:pPr>
            <w:r w:rsidRPr="004D285B">
              <w:rPr>
                <w:rFonts w:hint="eastAsia"/>
                <w:sz w:val="20"/>
                <w:szCs w:val="20"/>
                <w:lang w:eastAsia="ja-JP"/>
              </w:rPr>
              <w:t>15</w:t>
            </w:r>
            <w:r w:rsidRPr="004D285B">
              <w:rPr>
                <w:sz w:val="20"/>
                <w:szCs w:val="20"/>
                <w:lang w:eastAsia="ja-JP"/>
              </w:rPr>
              <w:t>店舗</w:t>
            </w:r>
            <w:r w:rsidR="009D1B71">
              <w:rPr>
                <w:rFonts w:hint="eastAsia"/>
                <w:sz w:val="20"/>
                <w:szCs w:val="20"/>
                <w:lang w:eastAsia="ja-JP"/>
              </w:rPr>
              <w:t>（応募多数の方</w:t>
            </w:r>
            <w:r w:rsidR="0030748C">
              <w:rPr>
                <w:rFonts w:hint="eastAsia"/>
                <w:sz w:val="20"/>
                <w:szCs w:val="20"/>
                <w:lang w:eastAsia="ja-JP"/>
              </w:rPr>
              <w:t>場合は</w:t>
            </w:r>
            <w:r w:rsidR="00993C5E">
              <w:rPr>
                <w:rFonts w:hint="eastAsia"/>
                <w:sz w:val="20"/>
                <w:szCs w:val="20"/>
                <w:lang w:eastAsia="ja-JP"/>
              </w:rPr>
              <w:t>先着順）</w:t>
            </w:r>
          </w:p>
        </w:tc>
      </w:tr>
      <w:tr w:rsidR="00F55926" w14:paraId="6C903B60" w14:textId="77777777" w:rsidTr="00CF4214">
        <w:tc>
          <w:tcPr>
            <w:tcW w:w="2122" w:type="dxa"/>
          </w:tcPr>
          <w:p w14:paraId="0C83D9F6" w14:textId="77777777" w:rsidR="00F55926" w:rsidRPr="004D285B" w:rsidRDefault="00F55926" w:rsidP="00735C79">
            <w:pPr>
              <w:rPr>
                <w:sz w:val="20"/>
                <w:szCs w:val="20"/>
              </w:rPr>
            </w:pPr>
            <w:proofErr w:type="spellStart"/>
            <w:r w:rsidRPr="004D285B">
              <w:rPr>
                <w:sz w:val="20"/>
                <w:szCs w:val="20"/>
              </w:rPr>
              <w:t>出店料</w:t>
            </w:r>
            <w:proofErr w:type="spellEnd"/>
          </w:p>
        </w:tc>
        <w:tc>
          <w:tcPr>
            <w:tcW w:w="6508" w:type="dxa"/>
          </w:tcPr>
          <w:p w14:paraId="394D7BB9" w14:textId="77777777" w:rsidR="00F55926" w:rsidRPr="004D285B" w:rsidRDefault="00F55926" w:rsidP="00735C79">
            <w:pPr>
              <w:rPr>
                <w:sz w:val="20"/>
                <w:szCs w:val="20"/>
              </w:rPr>
            </w:pPr>
            <w:r w:rsidRPr="004D285B">
              <w:rPr>
                <w:sz w:val="20"/>
                <w:szCs w:val="20"/>
              </w:rPr>
              <w:t>10,000</w:t>
            </w:r>
            <w:r w:rsidRPr="004D285B">
              <w:rPr>
                <w:sz w:val="20"/>
                <w:szCs w:val="20"/>
              </w:rPr>
              <w:t>円（税込）／</w:t>
            </w:r>
            <w:r w:rsidRPr="004D285B">
              <w:rPr>
                <w:sz w:val="20"/>
                <w:szCs w:val="20"/>
              </w:rPr>
              <w:t>1</w:t>
            </w:r>
            <w:r w:rsidRPr="004D285B">
              <w:rPr>
                <w:sz w:val="20"/>
                <w:szCs w:val="20"/>
              </w:rPr>
              <w:t>区画</w:t>
            </w:r>
          </w:p>
        </w:tc>
      </w:tr>
      <w:tr w:rsidR="00F55926" w14:paraId="02F6E3BD" w14:textId="77777777" w:rsidTr="00CF4214">
        <w:tc>
          <w:tcPr>
            <w:tcW w:w="2122" w:type="dxa"/>
          </w:tcPr>
          <w:p w14:paraId="7442C38A" w14:textId="77777777" w:rsidR="00F55926" w:rsidRPr="004D285B" w:rsidRDefault="00F55926" w:rsidP="00735C79">
            <w:pPr>
              <w:rPr>
                <w:sz w:val="20"/>
                <w:szCs w:val="20"/>
              </w:rPr>
            </w:pPr>
            <w:proofErr w:type="spellStart"/>
            <w:r w:rsidRPr="004D285B">
              <w:rPr>
                <w:sz w:val="20"/>
                <w:szCs w:val="20"/>
              </w:rPr>
              <w:t>販売手数料</w:t>
            </w:r>
            <w:proofErr w:type="spellEnd"/>
          </w:p>
        </w:tc>
        <w:tc>
          <w:tcPr>
            <w:tcW w:w="6508" w:type="dxa"/>
          </w:tcPr>
          <w:p w14:paraId="4054741A" w14:textId="77777777" w:rsidR="00F55926" w:rsidRPr="004D285B" w:rsidRDefault="00F55926" w:rsidP="00735C79">
            <w:pPr>
              <w:rPr>
                <w:sz w:val="20"/>
                <w:szCs w:val="20"/>
              </w:rPr>
            </w:pPr>
            <w:proofErr w:type="spellStart"/>
            <w:r w:rsidRPr="004D285B">
              <w:rPr>
                <w:sz w:val="20"/>
                <w:szCs w:val="20"/>
              </w:rPr>
              <w:t>なし</w:t>
            </w:r>
            <w:proofErr w:type="spellEnd"/>
          </w:p>
        </w:tc>
      </w:tr>
      <w:tr w:rsidR="00F55926" w14:paraId="1B85AC40" w14:textId="77777777" w:rsidTr="00CF4214">
        <w:tc>
          <w:tcPr>
            <w:tcW w:w="2122" w:type="dxa"/>
          </w:tcPr>
          <w:p w14:paraId="548B786A" w14:textId="77777777" w:rsidR="00F55926" w:rsidRPr="004D285B" w:rsidRDefault="00F55926" w:rsidP="00735C79">
            <w:pPr>
              <w:rPr>
                <w:sz w:val="20"/>
                <w:szCs w:val="20"/>
              </w:rPr>
            </w:pPr>
            <w:proofErr w:type="spellStart"/>
            <w:r w:rsidRPr="004D285B">
              <w:rPr>
                <w:sz w:val="20"/>
                <w:szCs w:val="20"/>
              </w:rPr>
              <w:t>出店スペース</w:t>
            </w:r>
            <w:proofErr w:type="spellEnd"/>
          </w:p>
        </w:tc>
        <w:tc>
          <w:tcPr>
            <w:tcW w:w="6508" w:type="dxa"/>
          </w:tcPr>
          <w:p w14:paraId="0597618A" w14:textId="77777777" w:rsidR="00F55926" w:rsidRPr="004D285B" w:rsidRDefault="00F55926" w:rsidP="00735C79">
            <w:pPr>
              <w:rPr>
                <w:sz w:val="20"/>
                <w:szCs w:val="20"/>
                <w:lang w:eastAsia="zh-CN"/>
              </w:rPr>
            </w:pPr>
            <w:r w:rsidRPr="004D285B">
              <w:rPr>
                <w:sz w:val="20"/>
                <w:szCs w:val="20"/>
                <w:lang w:eastAsia="zh-CN"/>
              </w:rPr>
              <w:t>1</w:t>
            </w:r>
            <w:r w:rsidRPr="004D285B">
              <w:rPr>
                <w:sz w:val="20"/>
                <w:szCs w:val="20"/>
                <w:lang w:eastAsia="zh-CN"/>
              </w:rPr>
              <w:t>区画：</w:t>
            </w:r>
            <w:r w:rsidRPr="004D285B">
              <w:rPr>
                <w:sz w:val="20"/>
                <w:szCs w:val="20"/>
                <w:lang w:eastAsia="zh-CN"/>
              </w:rPr>
              <w:t>3m × 3m</w:t>
            </w:r>
            <w:r w:rsidRPr="004D285B">
              <w:rPr>
                <w:sz w:val="20"/>
                <w:szCs w:val="20"/>
                <w:lang w:eastAsia="zh-CN"/>
              </w:rPr>
              <w:t>（約</w:t>
            </w:r>
            <w:r w:rsidRPr="004D285B">
              <w:rPr>
                <w:sz w:val="20"/>
                <w:szCs w:val="20"/>
                <w:lang w:eastAsia="zh-CN"/>
              </w:rPr>
              <w:t>9</w:t>
            </w:r>
            <w:r w:rsidRPr="004D285B">
              <w:rPr>
                <w:sz w:val="20"/>
                <w:szCs w:val="20"/>
                <w:lang w:eastAsia="zh-CN"/>
              </w:rPr>
              <w:t>㎡）</w:t>
            </w:r>
          </w:p>
        </w:tc>
      </w:tr>
    </w:tbl>
    <w:p w14:paraId="53178D16" w14:textId="77777777" w:rsidR="00F55926" w:rsidRDefault="00F55926" w:rsidP="006D3A83">
      <w:pPr>
        <w:spacing w:after="0"/>
        <w:rPr>
          <w:b/>
          <w:bCs/>
          <w:sz w:val="24"/>
          <w:szCs w:val="24"/>
          <w:lang w:eastAsia="zh-CN"/>
        </w:rPr>
      </w:pPr>
    </w:p>
    <w:p w14:paraId="03CA67B6" w14:textId="6F5B12B6" w:rsidR="00F43102" w:rsidRPr="00D7201C" w:rsidRDefault="006C5789" w:rsidP="006D3A83">
      <w:pPr>
        <w:spacing w:after="0"/>
        <w:rPr>
          <w:b/>
          <w:bCs/>
          <w:sz w:val="20"/>
          <w:szCs w:val="20"/>
          <w:lang w:eastAsia="ja-JP"/>
        </w:rPr>
      </w:pPr>
      <w:r>
        <w:rPr>
          <w:rFonts w:hint="eastAsia"/>
          <w:b/>
          <w:bCs/>
          <w:sz w:val="24"/>
          <w:szCs w:val="24"/>
          <w:lang w:eastAsia="ja-JP"/>
        </w:rPr>
        <w:t>出店される方は</w:t>
      </w:r>
      <w:r w:rsidR="00C844C2">
        <w:rPr>
          <w:rFonts w:hint="eastAsia"/>
          <w:b/>
          <w:bCs/>
          <w:sz w:val="24"/>
          <w:szCs w:val="24"/>
          <w:lang w:eastAsia="ja-JP"/>
        </w:rPr>
        <w:t>、必ず</w:t>
      </w:r>
      <w:r>
        <w:rPr>
          <w:rFonts w:hint="eastAsia"/>
          <w:b/>
          <w:bCs/>
          <w:sz w:val="24"/>
          <w:szCs w:val="24"/>
          <w:lang w:eastAsia="ja-JP"/>
        </w:rPr>
        <w:t>下記の</w:t>
      </w:r>
      <w:r w:rsidR="00F62CF4" w:rsidRPr="00D7201C">
        <w:rPr>
          <w:b/>
          <w:bCs/>
          <w:sz w:val="24"/>
          <w:szCs w:val="24"/>
          <w:lang w:eastAsia="ja-JP"/>
        </w:rPr>
        <w:t>書類</w:t>
      </w:r>
      <w:r w:rsidR="00C844C2">
        <w:rPr>
          <w:rFonts w:hint="eastAsia"/>
          <w:b/>
          <w:bCs/>
          <w:sz w:val="24"/>
          <w:szCs w:val="24"/>
          <w:lang w:eastAsia="ja-JP"/>
        </w:rPr>
        <w:t>を提出願います。</w:t>
      </w:r>
    </w:p>
    <w:p w14:paraId="06F951F1" w14:textId="77777777" w:rsidR="00F43102" w:rsidRPr="00C34D68" w:rsidRDefault="00F62CF4" w:rsidP="00C8043F">
      <w:pPr>
        <w:pStyle w:val="a0"/>
        <w:spacing w:after="0"/>
        <w:rPr>
          <w:rFonts w:asciiTheme="minorEastAsia" w:hAnsiTheme="minorEastAsia"/>
          <w:sz w:val="20"/>
          <w:szCs w:val="20"/>
          <w:lang w:eastAsia="ja-JP"/>
        </w:rPr>
      </w:pPr>
      <w:r w:rsidRPr="00C34D68">
        <w:rPr>
          <w:rFonts w:asciiTheme="minorEastAsia" w:hAnsiTheme="minorEastAsia"/>
          <w:sz w:val="20"/>
          <w:szCs w:val="20"/>
          <w:lang w:eastAsia="ja-JP"/>
        </w:rPr>
        <w:t>露店営業許可証（写し）</w:t>
      </w:r>
    </w:p>
    <w:p w14:paraId="3A7D7F38" w14:textId="430FCFF8" w:rsidR="0091355D" w:rsidRPr="00C34D68" w:rsidRDefault="00056951" w:rsidP="00C8043F">
      <w:pPr>
        <w:pStyle w:val="a0"/>
        <w:spacing w:after="0"/>
        <w:rPr>
          <w:rFonts w:asciiTheme="minorEastAsia" w:hAnsiTheme="minorEastAsia"/>
          <w:sz w:val="20"/>
          <w:szCs w:val="20"/>
          <w:lang w:eastAsia="ja-JP"/>
        </w:rPr>
      </w:pPr>
      <w:r w:rsidRPr="00C34D68">
        <w:rPr>
          <w:rFonts w:asciiTheme="minorEastAsia" w:hAnsiTheme="minorEastAsia" w:hint="eastAsia"/>
          <w:sz w:val="20"/>
          <w:szCs w:val="20"/>
          <w:lang w:eastAsia="ja-JP"/>
        </w:rPr>
        <w:t>ハロウィンフェスタ</w:t>
      </w:r>
      <w:r w:rsidRPr="00C34D68">
        <w:rPr>
          <w:rFonts w:asciiTheme="minorEastAsia" w:hAnsiTheme="minorEastAsia"/>
          <w:sz w:val="20"/>
          <w:szCs w:val="20"/>
          <w:lang w:eastAsia="ja-JP"/>
        </w:rPr>
        <w:t>2026消防設備の届け出書</w:t>
      </w:r>
      <w:r w:rsidR="00F62CF4" w:rsidRPr="00C34D68">
        <w:rPr>
          <w:rFonts w:asciiTheme="minorEastAsia" w:hAnsiTheme="minorEastAsia"/>
          <w:sz w:val="20"/>
          <w:szCs w:val="20"/>
          <w:lang w:eastAsia="ja-JP"/>
        </w:rPr>
        <w:t>（火気等を使用</w:t>
      </w:r>
      <w:r w:rsidR="001B3D82" w:rsidRPr="00C34D68">
        <w:rPr>
          <w:rFonts w:asciiTheme="minorEastAsia" w:hAnsiTheme="minorEastAsia" w:hint="eastAsia"/>
          <w:sz w:val="20"/>
          <w:szCs w:val="20"/>
          <w:lang w:eastAsia="ja-JP"/>
        </w:rPr>
        <w:t>しない</w:t>
      </w:r>
      <w:r w:rsidR="00F62CF4" w:rsidRPr="00C34D68">
        <w:rPr>
          <w:rFonts w:asciiTheme="minorEastAsia" w:hAnsiTheme="minorEastAsia"/>
          <w:sz w:val="20"/>
          <w:szCs w:val="20"/>
          <w:lang w:eastAsia="ja-JP"/>
        </w:rPr>
        <w:t>場合</w:t>
      </w:r>
      <w:r w:rsidR="001B3D82" w:rsidRPr="00C34D68">
        <w:rPr>
          <w:rFonts w:asciiTheme="minorEastAsia" w:hAnsiTheme="minorEastAsia" w:hint="eastAsia"/>
          <w:sz w:val="20"/>
          <w:szCs w:val="20"/>
          <w:lang w:eastAsia="ja-JP"/>
        </w:rPr>
        <w:t>も</w:t>
      </w:r>
      <w:r w:rsidR="00F62CF4" w:rsidRPr="00C34D68">
        <w:rPr>
          <w:rFonts w:asciiTheme="minorEastAsia" w:hAnsiTheme="minorEastAsia"/>
          <w:sz w:val="20"/>
          <w:szCs w:val="20"/>
          <w:lang w:eastAsia="ja-JP"/>
        </w:rPr>
        <w:t>必須</w:t>
      </w:r>
      <w:r w:rsidR="00872A5D" w:rsidRPr="00C34D68">
        <w:rPr>
          <w:rFonts w:asciiTheme="minorEastAsia" w:hAnsiTheme="minorEastAsia" w:hint="eastAsia"/>
          <w:sz w:val="20"/>
          <w:szCs w:val="20"/>
          <w:lang w:eastAsia="ja-JP"/>
        </w:rPr>
        <w:t>です。</w:t>
      </w:r>
      <w:r w:rsidR="00F62CF4" w:rsidRPr="00C34D68">
        <w:rPr>
          <w:rFonts w:asciiTheme="minorEastAsia" w:hAnsiTheme="minorEastAsia"/>
          <w:sz w:val="20"/>
          <w:szCs w:val="20"/>
          <w:lang w:eastAsia="ja-JP"/>
        </w:rPr>
        <w:t>）</w:t>
      </w:r>
    </w:p>
    <w:p w14:paraId="778DB902" w14:textId="49AE511B" w:rsidR="0060241A" w:rsidRPr="00C34D68" w:rsidRDefault="00C43DF7" w:rsidP="00C844C2">
      <w:pPr>
        <w:pStyle w:val="a0"/>
        <w:spacing w:after="0"/>
        <w:rPr>
          <w:rFonts w:asciiTheme="minorEastAsia" w:hAnsiTheme="minorEastAsia"/>
          <w:sz w:val="20"/>
          <w:szCs w:val="20"/>
          <w:lang w:eastAsia="ja-JP"/>
        </w:rPr>
      </w:pPr>
      <w:r w:rsidRPr="00C34D68">
        <w:rPr>
          <w:rFonts w:asciiTheme="minorEastAsia" w:hAnsiTheme="minorEastAsia" w:hint="eastAsia"/>
          <w:sz w:val="20"/>
          <w:szCs w:val="20"/>
          <w:lang w:eastAsia="ja-JP"/>
        </w:rPr>
        <w:t>出店</w:t>
      </w:r>
      <w:r w:rsidR="0060241A" w:rsidRPr="00C34D68">
        <w:rPr>
          <w:rFonts w:asciiTheme="minorEastAsia" w:hAnsiTheme="minorEastAsia" w:hint="eastAsia"/>
          <w:sz w:val="20"/>
          <w:szCs w:val="20"/>
          <w:lang w:eastAsia="ja-JP"/>
        </w:rPr>
        <w:t>誓約書</w:t>
      </w:r>
    </w:p>
    <w:p w14:paraId="2CB9C41E" w14:textId="5E7661C1" w:rsidR="00C34D68" w:rsidRDefault="00C34D68" w:rsidP="00C844C2">
      <w:pPr>
        <w:pStyle w:val="a0"/>
        <w:spacing w:after="0"/>
        <w:rPr>
          <w:rFonts w:asciiTheme="minorEastAsia" w:hAnsiTheme="minorEastAsia"/>
          <w:sz w:val="20"/>
          <w:szCs w:val="20"/>
          <w:lang w:eastAsia="ja-JP"/>
        </w:rPr>
      </w:pPr>
      <w:r w:rsidRPr="00C34D68">
        <w:rPr>
          <w:rFonts w:asciiTheme="minorEastAsia" w:hAnsiTheme="minorEastAsia" w:hint="eastAsia"/>
          <w:sz w:val="20"/>
          <w:szCs w:val="20"/>
          <w:lang w:eastAsia="ja-JP"/>
        </w:rPr>
        <w:t>持込機材一覧表</w:t>
      </w:r>
    </w:p>
    <w:p w14:paraId="72B22A4F" w14:textId="221E58D9" w:rsidR="005A66EE" w:rsidRPr="005A66EE" w:rsidRDefault="005A66EE" w:rsidP="005A66EE">
      <w:pPr>
        <w:pStyle w:val="a0"/>
        <w:spacing w:after="0"/>
        <w:rPr>
          <w:sz w:val="20"/>
          <w:szCs w:val="20"/>
          <w:lang w:eastAsia="ja-JP"/>
        </w:rPr>
      </w:pPr>
      <w:r w:rsidRPr="00AF40B3">
        <w:rPr>
          <w:rFonts w:asciiTheme="minorEastAsia" w:hAnsiTheme="minorEastAsia"/>
          <w:sz w:val="20"/>
          <w:szCs w:val="20"/>
          <w:lang w:eastAsia="ja-JP"/>
        </w:rPr>
        <w:t>PL</w:t>
      </w:r>
      <w:r w:rsidRPr="004D285B">
        <w:rPr>
          <w:sz w:val="20"/>
          <w:szCs w:val="20"/>
          <w:lang w:eastAsia="ja-JP"/>
        </w:rPr>
        <w:t>保険加入証明書</w:t>
      </w:r>
    </w:p>
    <w:p w14:paraId="42C1EE14" w14:textId="67317EBB" w:rsidR="00CE6E7F" w:rsidRPr="00C8043F" w:rsidRDefault="006335D4" w:rsidP="00CE6E7F">
      <w:pPr>
        <w:pStyle w:val="a0"/>
        <w:numPr>
          <w:ilvl w:val="0"/>
          <w:numId w:val="0"/>
        </w:numPr>
        <w:spacing w:after="0"/>
        <w:rPr>
          <w:sz w:val="20"/>
          <w:szCs w:val="20"/>
          <w:lang w:eastAsia="ja-JP"/>
        </w:rPr>
      </w:pPr>
      <w:r>
        <w:rPr>
          <w:rFonts w:hint="eastAsia"/>
          <w:b/>
          <w:bCs/>
          <w:sz w:val="24"/>
          <w:szCs w:val="24"/>
          <w:lang w:eastAsia="ja-JP"/>
        </w:rPr>
        <w:t>出店</w:t>
      </w:r>
      <w:r w:rsidR="007B4A71">
        <w:rPr>
          <w:rFonts w:hint="eastAsia"/>
          <w:b/>
          <w:bCs/>
          <w:sz w:val="24"/>
          <w:szCs w:val="24"/>
          <w:lang w:eastAsia="ja-JP"/>
        </w:rPr>
        <w:t>当日に</w:t>
      </w:r>
      <w:r w:rsidR="00CE6E7F" w:rsidRPr="00D7201C">
        <w:rPr>
          <w:b/>
          <w:bCs/>
          <w:sz w:val="24"/>
          <w:szCs w:val="24"/>
          <w:lang w:eastAsia="ja-JP"/>
        </w:rPr>
        <w:t>ご準備いただくもの</w:t>
      </w:r>
    </w:p>
    <w:p w14:paraId="0A257A9F" w14:textId="3C2AB0BE" w:rsidR="00F642DB" w:rsidRPr="00F642DB" w:rsidRDefault="00F62CF4" w:rsidP="00F642DB">
      <w:pPr>
        <w:pStyle w:val="a0"/>
        <w:spacing w:after="0"/>
        <w:rPr>
          <w:sz w:val="20"/>
          <w:szCs w:val="20"/>
          <w:lang w:eastAsia="ja-JP"/>
        </w:rPr>
      </w:pPr>
      <w:r w:rsidRPr="004D285B">
        <w:rPr>
          <w:sz w:val="20"/>
          <w:szCs w:val="20"/>
          <w:lang w:eastAsia="ja-JP"/>
        </w:rPr>
        <w:t>販売に必要な備品・什器</w:t>
      </w:r>
    </w:p>
    <w:p w14:paraId="5F649C5D" w14:textId="0BAED906" w:rsidR="00C8043F" w:rsidRDefault="00F62CF4" w:rsidP="00C8043F">
      <w:pPr>
        <w:pStyle w:val="a0"/>
        <w:spacing w:after="0"/>
        <w:rPr>
          <w:sz w:val="20"/>
          <w:szCs w:val="20"/>
        </w:rPr>
      </w:pPr>
      <w:proofErr w:type="spellStart"/>
      <w:r w:rsidRPr="004D285B">
        <w:rPr>
          <w:sz w:val="20"/>
          <w:szCs w:val="20"/>
        </w:rPr>
        <w:t>釣銭・消耗品</w:t>
      </w:r>
      <w:proofErr w:type="spellEnd"/>
    </w:p>
    <w:p w14:paraId="7EC7918F" w14:textId="2C6D900B" w:rsidR="00BF5D00" w:rsidRPr="00C8043F" w:rsidRDefault="00BF5D00" w:rsidP="00C8043F">
      <w:pPr>
        <w:pStyle w:val="a0"/>
        <w:spacing w:after="0"/>
        <w:rPr>
          <w:sz w:val="20"/>
          <w:szCs w:val="20"/>
        </w:rPr>
      </w:pPr>
      <w:r>
        <w:rPr>
          <w:rFonts w:hint="eastAsia"/>
          <w:sz w:val="20"/>
          <w:szCs w:val="20"/>
          <w:lang w:eastAsia="ja-JP"/>
        </w:rPr>
        <w:t>テント</w:t>
      </w:r>
    </w:p>
    <w:p w14:paraId="03F6A206" w14:textId="77777777" w:rsidR="00F43102" w:rsidRPr="004D285B" w:rsidRDefault="00F62CF4" w:rsidP="00C8043F">
      <w:pPr>
        <w:pStyle w:val="a0"/>
        <w:spacing w:after="0"/>
        <w:rPr>
          <w:sz w:val="20"/>
          <w:szCs w:val="20"/>
          <w:lang w:eastAsia="ja-JP"/>
        </w:rPr>
      </w:pPr>
      <w:r w:rsidRPr="004D285B">
        <w:rPr>
          <w:sz w:val="20"/>
          <w:szCs w:val="20"/>
          <w:lang w:eastAsia="ja-JP"/>
        </w:rPr>
        <w:t>その他販売に必要なもの</w:t>
      </w:r>
    </w:p>
    <w:p w14:paraId="498EE9B3" w14:textId="5F94019E" w:rsidR="0024668D" w:rsidRPr="0024668D" w:rsidRDefault="00F62CF4" w:rsidP="00604CA6">
      <w:pPr>
        <w:rPr>
          <w:sz w:val="20"/>
          <w:szCs w:val="20"/>
          <w:lang w:eastAsia="ja-JP"/>
        </w:rPr>
      </w:pPr>
      <w:r w:rsidRPr="004D285B">
        <w:rPr>
          <w:sz w:val="20"/>
          <w:szCs w:val="20"/>
          <w:lang w:eastAsia="ja-JP"/>
        </w:rPr>
        <w:t>※</w:t>
      </w:r>
      <w:r w:rsidRPr="004D285B">
        <w:rPr>
          <w:sz w:val="20"/>
          <w:szCs w:val="20"/>
          <w:lang w:eastAsia="ja-JP"/>
        </w:rPr>
        <w:t>詳細な出店条件および遵守事項は</w:t>
      </w:r>
      <w:r w:rsidR="00F656B1">
        <w:rPr>
          <w:rFonts w:hint="eastAsia"/>
          <w:sz w:val="20"/>
          <w:szCs w:val="20"/>
          <w:lang w:eastAsia="ja-JP"/>
        </w:rPr>
        <w:t>下記の</w:t>
      </w:r>
      <w:r w:rsidRPr="004D285B">
        <w:rPr>
          <w:sz w:val="20"/>
          <w:szCs w:val="20"/>
          <w:lang w:eastAsia="ja-JP"/>
        </w:rPr>
        <w:t>「出店誓約書」をご確認ください。</w:t>
      </w:r>
    </w:p>
    <w:p w14:paraId="437B1F85" w14:textId="55D936BE" w:rsidR="00B3276C" w:rsidRPr="00B3276C" w:rsidRDefault="00F62CF4" w:rsidP="00B3276C">
      <w:pPr>
        <w:pStyle w:val="21"/>
        <w:rPr>
          <w:rFonts w:asciiTheme="majorEastAsia" w:hAnsiTheme="majorEastAsia"/>
          <w:color w:val="auto"/>
          <w:lang w:eastAsia="ja-JP"/>
        </w:rPr>
      </w:pPr>
      <w:r w:rsidRPr="00B3276C">
        <w:rPr>
          <w:color w:val="auto"/>
        </w:rPr>
        <w:lastRenderedPageBreak/>
        <w:t>出店回答書</w:t>
      </w:r>
      <w:r w:rsidRPr="00B3276C">
        <w:rPr>
          <w:rFonts w:asciiTheme="majorEastAsia" w:hAnsiTheme="majorEastAsia"/>
          <w:color w:val="auto"/>
        </w:rPr>
        <w:t>（一次締切：8月20日（木）／最終締切：9月10日（木））</w:t>
      </w:r>
    </w:p>
    <w:p w14:paraId="71B53102" w14:textId="77777777" w:rsidR="0071459D" w:rsidRDefault="009D016F" w:rsidP="00DE1431">
      <w:pPr>
        <w:spacing w:afterLines="50" w:after="120"/>
        <w:rPr>
          <w:rFonts w:asciiTheme="minorEastAsia" w:hAnsiTheme="minorEastAsia"/>
          <w:sz w:val="20"/>
          <w:szCs w:val="20"/>
          <w:lang w:eastAsia="ja-JP"/>
        </w:rPr>
      </w:pPr>
      <w:r w:rsidRPr="007E579C">
        <w:rPr>
          <w:rFonts w:asciiTheme="minorEastAsia" w:hAnsiTheme="minorEastAsia"/>
          <w:sz w:val="20"/>
          <w:szCs w:val="20"/>
          <w:lang w:eastAsia="ja-JP"/>
        </w:rPr>
        <w:t>※一次締切（8月20日）までにお申し込みいただいた場合、イベントチラシ裏面への店舗名等</w:t>
      </w:r>
    </w:p>
    <w:p w14:paraId="3E9983EE" w14:textId="03C32D80" w:rsidR="002556BF" w:rsidRPr="007E579C" w:rsidRDefault="009D016F" w:rsidP="00DE1431">
      <w:pPr>
        <w:spacing w:afterLines="50" w:after="120"/>
        <w:rPr>
          <w:rFonts w:asciiTheme="minorEastAsia" w:hAnsiTheme="minorEastAsia"/>
          <w:sz w:val="20"/>
          <w:szCs w:val="20"/>
          <w:lang w:eastAsia="ja-JP"/>
        </w:rPr>
      </w:pPr>
      <w:r w:rsidRPr="007E579C">
        <w:rPr>
          <w:rFonts w:asciiTheme="minorEastAsia" w:hAnsiTheme="minorEastAsia"/>
          <w:sz w:val="20"/>
          <w:szCs w:val="20"/>
          <w:lang w:eastAsia="ja-JP"/>
        </w:rPr>
        <w:t>の掲載が可能です。</w:t>
      </w:r>
    </w:p>
    <w:p w14:paraId="6D6DDAFC" w14:textId="77777777" w:rsidR="00AF40B3" w:rsidRPr="007E579C" w:rsidRDefault="009D016F" w:rsidP="00DE1431">
      <w:pPr>
        <w:spacing w:afterLines="50" w:after="120"/>
        <w:rPr>
          <w:rFonts w:asciiTheme="minorEastAsia" w:hAnsiTheme="minorEastAsia"/>
          <w:sz w:val="20"/>
          <w:szCs w:val="20"/>
          <w:lang w:eastAsia="ja-JP"/>
        </w:rPr>
      </w:pPr>
      <w:r w:rsidRPr="007E579C">
        <w:rPr>
          <w:rFonts w:asciiTheme="minorEastAsia" w:hAnsiTheme="minorEastAsia"/>
          <w:sz w:val="20"/>
          <w:szCs w:val="20"/>
          <w:lang w:eastAsia="ja-JP"/>
        </w:rPr>
        <w:t>※販売品目が他の出店者と重複した場合、主催者にて調整させていただく場合があります。</w:t>
      </w:r>
    </w:p>
    <w:p w14:paraId="2267142F" w14:textId="3241E22D" w:rsidR="002556BF" w:rsidRPr="007E579C" w:rsidRDefault="009D016F" w:rsidP="00DE1431">
      <w:pPr>
        <w:spacing w:afterLines="50" w:after="120"/>
        <w:ind w:firstLineChars="100" w:firstLine="200"/>
        <w:rPr>
          <w:rFonts w:asciiTheme="minorEastAsia" w:hAnsiTheme="minorEastAsia"/>
          <w:sz w:val="20"/>
          <w:szCs w:val="20"/>
          <w:lang w:eastAsia="ja-JP"/>
        </w:rPr>
      </w:pPr>
      <w:r w:rsidRPr="007E579C">
        <w:rPr>
          <w:rFonts w:asciiTheme="minorEastAsia" w:hAnsiTheme="minorEastAsia"/>
          <w:sz w:val="20"/>
          <w:szCs w:val="20"/>
          <w:lang w:eastAsia="ja-JP"/>
        </w:rPr>
        <w:t>第</w:t>
      </w:r>
      <w:r w:rsidR="00DE1431">
        <w:rPr>
          <w:rFonts w:asciiTheme="minorEastAsia" w:hAnsiTheme="minorEastAsia" w:hint="eastAsia"/>
          <w:sz w:val="20"/>
          <w:szCs w:val="20"/>
          <w:lang w:eastAsia="ja-JP"/>
        </w:rPr>
        <w:t>４</w:t>
      </w:r>
      <w:r w:rsidRPr="007E579C">
        <w:rPr>
          <w:rFonts w:asciiTheme="minorEastAsia" w:hAnsiTheme="minorEastAsia"/>
          <w:sz w:val="20"/>
          <w:szCs w:val="20"/>
          <w:lang w:eastAsia="ja-JP"/>
        </w:rPr>
        <w:t>希望までご記入ください。</w:t>
      </w:r>
    </w:p>
    <w:tbl>
      <w:tblPr>
        <w:tblStyle w:val="afe"/>
        <w:tblW w:w="0" w:type="auto"/>
        <w:tblLook w:val="04A0" w:firstRow="1" w:lastRow="0" w:firstColumn="1" w:lastColumn="0" w:noHBand="0" w:noVBand="1"/>
      </w:tblPr>
      <w:tblGrid>
        <w:gridCol w:w="2089"/>
        <w:gridCol w:w="6541"/>
      </w:tblGrid>
      <w:tr w:rsidR="00F43102" w:rsidRPr="004D285B" w14:paraId="34B842BA" w14:textId="77777777" w:rsidTr="00502974">
        <w:tc>
          <w:tcPr>
            <w:tcW w:w="2093" w:type="dxa"/>
          </w:tcPr>
          <w:p w14:paraId="6C3FC45B" w14:textId="77777777" w:rsidR="00F43102" w:rsidRPr="004D285B" w:rsidRDefault="00F62CF4">
            <w:pPr>
              <w:rPr>
                <w:sz w:val="20"/>
                <w:szCs w:val="20"/>
              </w:rPr>
            </w:pPr>
            <w:proofErr w:type="spellStart"/>
            <w:r w:rsidRPr="004D285B">
              <w:rPr>
                <w:sz w:val="20"/>
                <w:szCs w:val="20"/>
              </w:rPr>
              <w:t>店舗名・会社名</w:t>
            </w:r>
            <w:proofErr w:type="spellEnd"/>
          </w:p>
        </w:tc>
        <w:tc>
          <w:tcPr>
            <w:tcW w:w="6547" w:type="dxa"/>
          </w:tcPr>
          <w:p w14:paraId="655CD084" w14:textId="77777777" w:rsidR="00F43102" w:rsidRPr="004D285B" w:rsidRDefault="00F43102">
            <w:pPr>
              <w:rPr>
                <w:sz w:val="20"/>
                <w:szCs w:val="20"/>
              </w:rPr>
            </w:pPr>
          </w:p>
        </w:tc>
      </w:tr>
      <w:tr w:rsidR="00F43102" w:rsidRPr="004D285B" w14:paraId="3C5C9A64" w14:textId="77777777" w:rsidTr="00502974">
        <w:tc>
          <w:tcPr>
            <w:tcW w:w="2093" w:type="dxa"/>
          </w:tcPr>
          <w:p w14:paraId="1BE4AD31" w14:textId="77777777" w:rsidR="00F43102" w:rsidRPr="004D285B" w:rsidRDefault="00F62CF4">
            <w:pPr>
              <w:rPr>
                <w:sz w:val="20"/>
                <w:szCs w:val="20"/>
              </w:rPr>
            </w:pPr>
            <w:proofErr w:type="spellStart"/>
            <w:r w:rsidRPr="004D285B">
              <w:rPr>
                <w:sz w:val="20"/>
                <w:szCs w:val="20"/>
              </w:rPr>
              <w:t>担当者名</w:t>
            </w:r>
            <w:proofErr w:type="spellEnd"/>
          </w:p>
        </w:tc>
        <w:tc>
          <w:tcPr>
            <w:tcW w:w="6547" w:type="dxa"/>
          </w:tcPr>
          <w:p w14:paraId="2ED4FF8D" w14:textId="77777777" w:rsidR="00F43102" w:rsidRPr="004D285B" w:rsidRDefault="00F43102">
            <w:pPr>
              <w:rPr>
                <w:sz w:val="20"/>
                <w:szCs w:val="20"/>
              </w:rPr>
            </w:pPr>
          </w:p>
        </w:tc>
      </w:tr>
      <w:tr w:rsidR="00F43102" w:rsidRPr="004D285B" w14:paraId="450D77FA" w14:textId="77777777" w:rsidTr="00502974">
        <w:tc>
          <w:tcPr>
            <w:tcW w:w="2093" w:type="dxa"/>
          </w:tcPr>
          <w:p w14:paraId="479BC3D2" w14:textId="77777777" w:rsidR="00F43102" w:rsidRPr="004D285B" w:rsidRDefault="00F62CF4">
            <w:pPr>
              <w:rPr>
                <w:sz w:val="20"/>
                <w:szCs w:val="20"/>
              </w:rPr>
            </w:pPr>
            <w:proofErr w:type="spellStart"/>
            <w:r w:rsidRPr="004D285B">
              <w:rPr>
                <w:sz w:val="20"/>
                <w:szCs w:val="20"/>
              </w:rPr>
              <w:t>電話番号</w:t>
            </w:r>
            <w:proofErr w:type="spellEnd"/>
          </w:p>
        </w:tc>
        <w:tc>
          <w:tcPr>
            <w:tcW w:w="6547" w:type="dxa"/>
          </w:tcPr>
          <w:p w14:paraId="3DB432CB" w14:textId="77777777" w:rsidR="00F43102" w:rsidRPr="004D285B" w:rsidRDefault="00F43102">
            <w:pPr>
              <w:rPr>
                <w:sz w:val="20"/>
                <w:szCs w:val="20"/>
              </w:rPr>
            </w:pPr>
          </w:p>
        </w:tc>
      </w:tr>
      <w:tr w:rsidR="00F43102" w:rsidRPr="004D285B" w14:paraId="20A2B03E" w14:textId="77777777" w:rsidTr="00502974">
        <w:tc>
          <w:tcPr>
            <w:tcW w:w="2093" w:type="dxa"/>
          </w:tcPr>
          <w:p w14:paraId="30C090AE" w14:textId="77777777" w:rsidR="00F43102" w:rsidRPr="004D285B" w:rsidRDefault="00F62CF4">
            <w:pPr>
              <w:rPr>
                <w:sz w:val="20"/>
                <w:szCs w:val="20"/>
              </w:rPr>
            </w:pPr>
            <w:proofErr w:type="spellStart"/>
            <w:r w:rsidRPr="004D285B">
              <w:rPr>
                <w:sz w:val="20"/>
                <w:szCs w:val="20"/>
              </w:rPr>
              <w:t>メールアドレス</w:t>
            </w:r>
            <w:proofErr w:type="spellEnd"/>
          </w:p>
        </w:tc>
        <w:tc>
          <w:tcPr>
            <w:tcW w:w="6547" w:type="dxa"/>
          </w:tcPr>
          <w:p w14:paraId="667B3B66" w14:textId="77777777" w:rsidR="00F43102" w:rsidRPr="004D285B" w:rsidRDefault="00F43102">
            <w:pPr>
              <w:rPr>
                <w:sz w:val="20"/>
                <w:szCs w:val="20"/>
              </w:rPr>
            </w:pPr>
          </w:p>
        </w:tc>
      </w:tr>
      <w:tr w:rsidR="00F43102" w:rsidRPr="004D285B" w14:paraId="2ECEDF32" w14:textId="77777777" w:rsidTr="00502974">
        <w:tc>
          <w:tcPr>
            <w:tcW w:w="2093" w:type="dxa"/>
          </w:tcPr>
          <w:p w14:paraId="1C4FFB7D" w14:textId="77777777" w:rsidR="00F43102" w:rsidRPr="004D285B" w:rsidRDefault="00F62CF4">
            <w:pPr>
              <w:rPr>
                <w:sz w:val="20"/>
                <w:szCs w:val="20"/>
              </w:rPr>
            </w:pPr>
            <w:proofErr w:type="spellStart"/>
            <w:r w:rsidRPr="004D285B">
              <w:rPr>
                <w:sz w:val="20"/>
                <w:szCs w:val="20"/>
              </w:rPr>
              <w:t>出店可否</w:t>
            </w:r>
            <w:proofErr w:type="spellEnd"/>
          </w:p>
        </w:tc>
        <w:tc>
          <w:tcPr>
            <w:tcW w:w="6547" w:type="dxa"/>
          </w:tcPr>
          <w:p w14:paraId="6DD19763" w14:textId="77777777" w:rsidR="00A71C76" w:rsidRDefault="00F62CF4">
            <w:pPr>
              <w:rPr>
                <w:sz w:val="20"/>
                <w:szCs w:val="20"/>
                <w:lang w:eastAsia="ja-JP"/>
              </w:rPr>
            </w:pPr>
            <w:r w:rsidRPr="004D285B">
              <w:rPr>
                <w:sz w:val="20"/>
                <w:szCs w:val="20"/>
                <w:lang w:eastAsia="ja-JP"/>
              </w:rPr>
              <w:t xml:space="preserve">□ </w:t>
            </w:r>
            <w:r w:rsidRPr="004D285B">
              <w:rPr>
                <w:sz w:val="20"/>
                <w:szCs w:val="20"/>
                <w:lang w:eastAsia="ja-JP"/>
              </w:rPr>
              <w:t xml:space="preserve">出店します　</w:t>
            </w:r>
            <w:r w:rsidRPr="004D285B">
              <w:rPr>
                <w:sz w:val="20"/>
                <w:szCs w:val="20"/>
                <w:lang w:eastAsia="ja-JP"/>
              </w:rPr>
              <w:t xml:space="preserve">□ </w:t>
            </w:r>
            <w:r w:rsidRPr="004D285B">
              <w:rPr>
                <w:sz w:val="20"/>
                <w:szCs w:val="20"/>
                <w:lang w:eastAsia="ja-JP"/>
              </w:rPr>
              <w:t>辞退します</w:t>
            </w:r>
          </w:p>
          <w:p w14:paraId="436FB065" w14:textId="4B099B0D" w:rsidR="00F43102" w:rsidRPr="004D285B" w:rsidRDefault="00066802">
            <w:pPr>
              <w:rPr>
                <w:sz w:val="20"/>
                <w:szCs w:val="20"/>
                <w:lang w:eastAsia="ja-JP"/>
              </w:rPr>
            </w:pPr>
            <w:r>
              <w:rPr>
                <w:rFonts w:hint="eastAsia"/>
                <w:sz w:val="20"/>
                <w:szCs w:val="20"/>
                <w:lang w:eastAsia="ja-JP"/>
              </w:rPr>
              <w:t xml:space="preserve">　</w:t>
            </w:r>
            <w:r>
              <w:rPr>
                <w:rFonts w:hint="eastAsia"/>
                <w:sz w:val="20"/>
                <w:szCs w:val="20"/>
                <w:lang w:eastAsia="ja-JP"/>
              </w:rPr>
              <w:t>(</w:t>
            </w:r>
            <w:r>
              <w:rPr>
                <w:rFonts w:hint="eastAsia"/>
                <w:sz w:val="20"/>
                <w:szCs w:val="20"/>
                <w:lang w:eastAsia="ja-JP"/>
              </w:rPr>
              <w:t>出店をご希望の方は</w:t>
            </w:r>
            <w:r w:rsidR="00A71C76">
              <w:rPr>
                <w:rFonts w:hint="eastAsia"/>
                <w:sz w:val="20"/>
                <w:szCs w:val="20"/>
                <w:lang w:eastAsia="ja-JP"/>
              </w:rPr>
              <w:t>以下も併せて記入をお願いいたします</w:t>
            </w:r>
            <w:r>
              <w:rPr>
                <w:rFonts w:hint="eastAsia"/>
                <w:sz w:val="20"/>
                <w:szCs w:val="20"/>
                <w:lang w:eastAsia="ja-JP"/>
              </w:rPr>
              <w:t>)</w:t>
            </w:r>
          </w:p>
        </w:tc>
      </w:tr>
      <w:tr w:rsidR="00F43102" w:rsidRPr="004D285B" w14:paraId="720A5629" w14:textId="77777777" w:rsidTr="00B8194A">
        <w:trPr>
          <w:trHeight w:val="1495"/>
        </w:trPr>
        <w:tc>
          <w:tcPr>
            <w:tcW w:w="2093" w:type="dxa"/>
          </w:tcPr>
          <w:p w14:paraId="677E16EE" w14:textId="77777777" w:rsidR="002556BF" w:rsidRPr="004D285B" w:rsidRDefault="009D016F">
            <w:pPr>
              <w:rPr>
                <w:sz w:val="20"/>
                <w:szCs w:val="20"/>
              </w:rPr>
            </w:pPr>
            <w:proofErr w:type="spellStart"/>
            <w:r w:rsidRPr="004D285B">
              <w:rPr>
                <w:sz w:val="20"/>
                <w:szCs w:val="20"/>
              </w:rPr>
              <w:t>販売予定品目</w:t>
            </w:r>
            <w:proofErr w:type="spellEnd"/>
          </w:p>
        </w:tc>
        <w:tc>
          <w:tcPr>
            <w:tcW w:w="6547" w:type="dxa"/>
          </w:tcPr>
          <w:p w14:paraId="6B4289B7" w14:textId="0F92A557" w:rsidR="002556BF" w:rsidRPr="004D285B" w:rsidRDefault="009D016F">
            <w:pPr>
              <w:rPr>
                <w:sz w:val="20"/>
                <w:szCs w:val="20"/>
                <w:lang w:eastAsia="ja-JP"/>
              </w:rPr>
            </w:pPr>
            <w:r w:rsidRPr="004D285B">
              <w:rPr>
                <w:sz w:val="20"/>
                <w:szCs w:val="20"/>
              </w:rPr>
              <w:t>第</w:t>
            </w:r>
            <w:r w:rsidRPr="004D285B">
              <w:rPr>
                <w:sz w:val="20"/>
                <w:szCs w:val="20"/>
              </w:rPr>
              <w:t>1</w:t>
            </w:r>
            <w:r w:rsidRPr="004D285B">
              <w:rPr>
                <w:sz w:val="20"/>
                <w:szCs w:val="20"/>
              </w:rPr>
              <w:t>希望：</w:t>
            </w:r>
            <w:r w:rsidRPr="004D285B">
              <w:rPr>
                <w:sz w:val="20"/>
                <w:szCs w:val="20"/>
              </w:rPr>
              <w:t>________________________________</w:t>
            </w:r>
            <w:r w:rsidRPr="004D285B">
              <w:rPr>
                <w:sz w:val="20"/>
                <w:szCs w:val="20"/>
              </w:rPr>
              <w:br/>
            </w:r>
            <w:r w:rsidRPr="004D285B">
              <w:rPr>
                <w:sz w:val="20"/>
                <w:szCs w:val="20"/>
              </w:rPr>
              <w:t>第</w:t>
            </w:r>
            <w:r w:rsidRPr="004D285B">
              <w:rPr>
                <w:sz w:val="20"/>
                <w:szCs w:val="20"/>
              </w:rPr>
              <w:t>2</w:t>
            </w:r>
            <w:r w:rsidRPr="004D285B">
              <w:rPr>
                <w:sz w:val="20"/>
                <w:szCs w:val="20"/>
              </w:rPr>
              <w:t>希望：</w:t>
            </w:r>
            <w:r w:rsidRPr="004D285B">
              <w:rPr>
                <w:sz w:val="20"/>
                <w:szCs w:val="20"/>
              </w:rPr>
              <w:t>________________________________</w:t>
            </w:r>
            <w:r w:rsidRPr="004D285B">
              <w:rPr>
                <w:sz w:val="20"/>
                <w:szCs w:val="20"/>
              </w:rPr>
              <w:br/>
            </w:r>
            <w:r w:rsidRPr="004D285B">
              <w:rPr>
                <w:sz w:val="20"/>
                <w:szCs w:val="20"/>
              </w:rPr>
              <w:t>第</w:t>
            </w:r>
            <w:r w:rsidRPr="004D285B">
              <w:rPr>
                <w:sz w:val="20"/>
                <w:szCs w:val="20"/>
              </w:rPr>
              <w:t>3</w:t>
            </w:r>
            <w:r w:rsidRPr="004D285B">
              <w:rPr>
                <w:sz w:val="20"/>
                <w:szCs w:val="20"/>
              </w:rPr>
              <w:t>希望：</w:t>
            </w:r>
            <w:r w:rsidRPr="004D285B">
              <w:rPr>
                <w:sz w:val="20"/>
                <w:szCs w:val="20"/>
              </w:rPr>
              <w:t>________________________________</w:t>
            </w:r>
            <w:r w:rsidRPr="004D285B">
              <w:rPr>
                <w:sz w:val="20"/>
                <w:szCs w:val="20"/>
              </w:rPr>
              <w:br/>
            </w:r>
            <w:r w:rsidRPr="004D285B">
              <w:rPr>
                <w:sz w:val="20"/>
                <w:szCs w:val="20"/>
              </w:rPr>
              <w:t>第</w:t>
            </w:r>
            <w:r w:rsidRPr="004D285B">
              <w:rPr>
                <w:sz w:val="20"/>
                <w:szCs w:val="20"/>
              </w:rPr>
              <w:t>4</w:t>
            </w:r>
            <w:r w:rsidRPr="004D285B">
              <w:rPr>
                <w:sz w:val="20"/>
                <w:szCs w:val="20"/>
              </w:rPr>
              <w:t>希望：</w:t>
            </w:r>
            <w:r w:rsidRPr="004D285B">
              <w:rPr>
                <w:sz w:val="20"/>
                <w:szCs w:val="20"/>
              </w:rPr>
              <w:t>________________________________</w:t>
            </w:r>
          </w:p>
        </w:tc>
      </w:tr>
      <w:tr w:rsidR="00A705E8" w14:paraId="518CAB81" w14:textId="77777777" w:rsidTr="00B0193F">
        <w:tc>
          <w:tcPr>
            <w:tcW w:w="2093" w:type="dxa"/>
          </w:tcPr>
          <w:p w14:paraId="7B46F116" w14:textId="77777777" w:rsidR="00A705E8" w:rsidRPr="00523D80" w:rsidRDefault="00A705E8" w:rsidP="00735C79">
            <w:pPr>
              <w:rPr>
                <w:sz w:val="20"/>
                <w:szCs w:val="20"/>
              </w:rPr>
            </w:pPr>
            <w:proofErr w:type="spellStart"/>
            <w:r w:rsidRPr="00523D80">
              <w:rPr>
                <w:sz w:val="20"/>
                <w:szCs w:val="20"/>
              </w:rPr>
              <w:t>テント</w:t>
            </w:r>
            <w:proofErr w:type="spellEnd"/>
          </w:p>
        </w:tc>
        <w:tc>
          <w:tcPr>
            <w:tcW w:w="6547" w:type="dxa"/>
          </w:tcPr>
          <w:p w14:paraId="6B9BC2CA" w14:textId="77777777" w:rsidR="00A705E8" w:rsidRPr="00523D80" w:rsidRDefault="00A705E8" w:rsidP="00735C79">
            <w:pPr>
              <w:rPr>
                <w:sz w:val="20"/>
                <w:szCs w:val="20"/>
                <w:lang w:eastAsia="ja-JP"/>
              </w:rPr>
            </w:pPr>
            <w:r w:rsidRPr="00523D80">
              <w:rPr>
                <w:sz w:val="20"/>
                <w:szCs w:val="20"/>
                <w:lang w:eastAsia="ja-JP"/>
              </w:rPr>
              <w:t xml:space="preserve">□ </w:t>
            </w:r>
            <w:r w:rsidRPr="00523D80">
              <w:rPr>
                <w:sz w:val="20"/>
                <w:szCs w:val="20"/>
                <w:lang w:eastAsia="ja-JP"/>
              </w:rPr>
              <w:t xml:space="preserve">持ち込む　</w:t>
            </w:r>
            <w:r w:rsidRPr="00523D80">
              <w:rPr>
                <w:sz w:val="20"/>
                <w:szCs w:val="20"/>
                <w:lang w:eastAsia="ja-JP"/>
              </w:rPr>
              <w:t xml:space="preserve">□ </w:t>
            </w:r>
            <w:r w:rsidRPr="00523D80">
              <w:rPr>
                <w:sz w:val="20"/>
                <w:szCs w:val="20"/>
                <w:lang w:eastAsia="ja-JP"/>
              </w:rPr>
              <w:t>持ち込まない</w:t>
            </w:r>
          </w:p>
        </w:tc>
      </w:tr>
      <w:tr w:rsidR="00BE1174" w14:paraId="6D1477CF" w14:textId="77777777" w:rsidTr="00B0193F">
        <w:tc>
          <w:tcPr>
            <w:tcW w:w="2093" w:type="dxa"/>
          </w:tcPr>
          <w:p w14:paraId="6E901937" w14:textId="5F3EEAE5" w:rsidR="00BE1174" w:rsidRDefault="00BE1174" w:rsidP="00BE1174">
            <w:proofErr w:type="spellStart"/>
            <w:r w:rsidRPr="004D285B">
              <w:rPr>
                <w:sz w:val="20"/>
                <w:szCs w:val="20"/>
              </w:rPr>
              <w:t>貸出設備</w:t>
            </w:r>
            <w:proofErr w:type="spellEnd"/>
          </w:p>
        </w:tc>
        <w:tc>
          <w:tcPr>
            <w:tcW w:w="6547" w:type="dxa"/>
          </w:tcPr>
          <w:p w14:paraId="265196CD" w14:textId="4F35E76B" w:rsidR="005A290A" w:rsidRPr="00272BD4" w:rsidRDefault="00BE1174" w:rsidP="00BE1174">
            <w:pPr>
              <w:rPr>
                <w:rFonts w:asciiTheme="minorEastAsia" w:hAnsiTheme="minorEastAsia"/>
                <w:sz w:val="20"/>
                <w:szCs w:val="20"/>
                <w:lang w:eastAsia="ja-JP"/>
              </w:rPr>
            </w:pPr>
            <w:r w:rsidRPr="00272BD4">
              <w:rPr>
                <w:rFonts w:asciiTheme="minorEastAsia" w:hAnsiTheme="minorEastAsia"/>
                <w:sz w:val="20"/>
                <w:szCs w:val="20"/>
                <w:lang w:eastAsia="ja-JP"/>
              </w:rPr>
              <w:t>□ 電源（事前申込制</w:t>
            </w:r>
            <w:r w:rsidR="00B51461" w:rsidRPr="00272BD4">
              <w:rPr>
                <w:rFonts w:asciiTheme="minorEastAsia" w:hAnsiTheme="minorEastAsia"/>
                <w:sz w:val="20"/>
                <w:szCs w:val="20"/>
                <w:lang w:eastAsia="ja-JP"/>
              </w:rPr>
              <w:t>）</w:t>
            </w:r>
            <w:r w:rsidR="00B51461" w:rsidRPr="00272BD4">
              <w:rPr>
                <w:rFonts w:asciiTheme="minorEastAsia" w:hAnsiTheme="minorEastAsia" w:hint="eastAsia"/>
                <w:sz w:val="20"/>
                <w:szCs w:val="20"/>
                <w:lang w:eastAsia="ja-JP"/>
              </w:rPr>
              <w:t>:</w:t>
            </w:r>
            <w:r w:rsidR="00077BF6" w:rsidRPr="00272BD4">
              <w:rPr>
                <w:rFonts w:asciiTheme="minorEastAsia" w:hAnsiTheme="minorEastAsia" w:hint="eastAsia"/>
                <w:sz w:val="20"/>
                <w:szCs w:val="20"/>
                <w:lang w:eastAsia="ja-JP"/>
              </w:rPr>
              <w:t>合計</w:t>
            </w:r>
            <w:r w:rsidR="00077BF6" w:rsidRPr="00272BD4">
              <w:rPr>
                <w:rFonts w:asciiTheme="minorEastAsia" w:hAnsiTheme="minorEastAsia" w:hint="eastAsia"/>
                <w:sz w:val="20"/>
                <w:szCs w:val="20"/>
                <w:u w:val="single"/>
                <w:lang w:eastAsia="ja-JP"/>
              </w:rPr>
              <w:t xml:space="preserve">　　　</w:t>
            </w:r>
            <w:r w:rsidR="00272BD4">
              <w:rPr>
                <w:rFonts w:asciiTheme="minorEastAsia" w:hAnsiTheme="minorEastAsia" w:hint="eastAsia"/>
                <w:sz w:val="20"/>
                <w:szCs w:val="20"/>
                <w:u w:val="single"/>
                <w:lang w:eastAsia="ja-JP"/>
              </w:rPr>
              <w:t>Ｗ</w:t>
            </w:r>
            <w:r w:rsidR="00B51461" w:rsidRPr="00272BD4">
              <w:rPr>
                <w:rFonts w:asciiTheme="minorEastAsia" w:hAnsiTheme="minorEastAsia" w:hint="eastAsia"/>
                <w:sz w:val="20"/>
                <w:szCs w:val="20"/>
                <w:u w:val="single"/>
                <w:lang w:eastAsia="ja-JP"/>
              </w:rPr>
              <w:t>予定</w:t>
            </w:r>
          </w:p>
          <w:p w14:paraId="29243510" w14:textId="273E13D5" w:rsidR="00BE1174" w:rsidRPr="00BE1174" w:rsidRDefault="00BE1174" w:rsidP="00BE1174">
            <w:pPr>
              <w:rPr>
                <w:sz w:val="20"/>
                <w:szCs w:val="20"/>
                <w:lang w:eastAsia="ja-JP"/>
              </w:rPr>
            </w:pPr>
            <w:proofErr w:type="spellStart"/>
            <w:r w:rsidRPr="00272BD4">
              <w:rPr>
                <w:rFonts w:asciiTheme="minorEastAsia" w:hAnsiTheme="minorEastAsia"/>
                <w:sz w:val="20"/>
                <w:szCs w:val="20"/>
              </w:rPr>
              <w:t>申込区画数</w:t>
            </w:r>
            <w:proofErr w:type="spellEnd"/>
            <w:r w:rsidRPr="00272BD4">
              <w:rPr>
                <w:rFonts w:asciiTheme="minorEastAsia" w:hAnsiTheme="minorEastAsia"/>
                <w:sz w:val="20"/>
                <w:szCs w:val="20"/>
              </w:rPr>
              <w:t>：___</w:t>
            </w:r>
            <w:r w:rsidRPr="00272BD4">
              <w:rPr>
                <w:rFonts w:asciiTheme="minorEastAsia" w:hAnsiTheme="minorEastAsia"/>
                <w:sz w:val="20"/>
                <w:szCs w:val="20"/>
                <w:u w:val="single"/>
              </w:rPr>
              <w:t xml:space="preserve"> </w:t>
            </w:r>
            <w:proofErr w:type="spellStart"/>
            <w:r w:rsidRPr="00272BD4">
              <w:rPr>
                <w:rFonts w:asciiTheme="minorEastAsia" w:hAnsiTheme="minorEastAsia"/>
                <w:sz w:val="20"/>
                <w:szCs w:val="20"/>
                <w:u w:val="single"/>
              </w:rPr>
              <w:t>区画</w:t>
            </w:r>
            <w:proofErr w:type="spellEnd"/>
          </w:p>
        </w:tc>
      </w:tr>
      <w:tr w:rsidR="00BE1174" w:rsidRPr="004D285B" w14:paraId="0C73E5E8" w14:textId="77777777" w:rsidTr="00502974">
        <w:tc>
          <w:tcPr>
            <w:tcW w:w="2093" w:type="dxa"/>
          </w:tcPr>
          <w:p w14:paraId="1198620D" w14:textId="77777777" w:rsidR="00BE1174" w:rsidRPr="004D285B" w:rsidRDefault="00BE1174" w:rsidP="00BE1174">
            <w:pPr>
              <w:rPr>
                <w:sz w:val="20"/>
                <w:szCs w:val="20"/>
              </w:rPr>
            </w:pPr>
            <w:proofErr w:type="spellStart"/>
            <w:r w:rsidRPr="004D285B">
              <w:rPr>
                <w:sz w:val="20"/>
                <w:szCs w:val="20"/>
              </w:rPr>
              <w:t>備考</w:t>
            </w:r>
            <w:proofErr w:type="spellEnd"/>
          </w:p>
        </w:tc>
        <w:tc>
          <w:tcPr>
            <w:tcW w:w="6547" w:type="dxa"/>
          </w:tcPr>
          <w:p w14:paraId="1DF649A4" w14:textId="77777777" w:rsidR="00BE1174" w:rsidRPr="004D285B" w:rsidRDefault="00BE1174" w:rsidP="00BE1174">
            <w:pPr>
              <w:rPr>
                <w:sz w:val="20"/>
                <w:szCs w:val="20"/>
              </w:rPr>
            </w:pPr>
          </w:p>
        </w:tc>
      </w:tr>
    </w:tbl>
    <w:p w14:paraId="26260565" w14:textId="77777777" w:rsidR="00AE3758" w:rsidRDefault="00AE3758" w:rsidP="00AE3758">
      <w:pPr>
        <w:spacing w:after="0"/>
        <w:rPr>
          <w:rFonts w:asciiTheme="minorEastAsia" w:hAnsiTheme="minorEastAsia"/>
          <w:sz w:val="20"/>
          <w:szCs w:val="20"/>
          <w:lang w:eastAsia="ja-JP"/>
        </w:rPr>
      </w:pPr>
    </w:p>
    <w:p w14:paraId="1BA9B050" w14:textId="77777777" w:rsidR="00AE3758" w:rsidRDefault="00AE3758" w:rsidP="00AE3758">
      <w:pPr>
        <w:spacing w:afterLines="50" w:after="120"/>
        <w:rPr>
          <w:rFonts w:asciiTheme="minorEastAsia" w:hAnsiTheme="minorEastAsia"/>
          <w:sz w:val="20"/>
          <w:szCs w:val="20"/>
          <w:lang w:eastAsia="ja-JP"/>
        </w:rPr>
      </w:pPr>
      <w:r w:rsidRPr="00092C3B">
        <w:rPr>
          <w:rFonts w:asciiTheme="minorEastAsia" w:hAnsiTheme="minorEastAsia"/>
          <w:sz w:val="20"/>
          <w:szCs w:val="20"/>
          <w:lang w:eastAsia="ja-JP"/>
        </w:rPr>
        <w:t>※電源の貸出をご希望の場合は、申込区画数をご記入のうえ、事前にお申し込みください。</w:t>
      </w:r>
    </w:p>
    <w:p w14:paraId="57DD9E84" w14:textId="77777777" w:rsidR="00AE3758" w:rsidRPr="0005241F" w:rsidRDefault="00AE3758" w:rsidP="00AE3758">
      <w:pPr>
        <w:spacing w:afterLines="50" w:after="120"/>
        <w:rPr>
          <w:rFonts w:asciiTheme="minorEastAsia" w:hAnsiTheme="minorEastAsia"/>
          <w:sz w:val="20"/>
          <w:szCs w:val="20"/>
          <w:lang w:eastAsia="ja-JP"/>
        </w:rPr>
      </w:pPr>
      <w:r w:rsidRPr="0005241F">
        <w:rPr>
          <w:rFonts w:asciiTheme="minorEastAsia" w:hAnsiTheme="minorEastAsia"/>
          <w:sz w:val="20"/>
          <w:szCs w:val="20"/>
          <w:lang w:eastAsia="ja-JP"/>
        </w:rPr>
        <w:t>※搬入・搬出時間、搬入方法等の詳細については、決まり次第ご連絡いたします。</w:t>
      </w:r>
    </w:p>
    <w:p w14:paraId="6C17034B" w14:textId="77777777" w:rsidR="00AE3758" w:rsidRPr="00B07D5B" w:rsidRDefault="00AE3758" w:rsidP="00AE3758">
      <w:pPr>
        <w:spacing w:afterLines="50" w:after="120"/>
        <w:rPr>
          <w:rFonts w:asciiTheme="minorEastAsia" w:hAnsiTheme="minorEastAsia"/>
          <w:sz w:val="20"/>
          <w:szCs w:val="20"/>
          <w:lang w:eastAsia="ja-JP"/>
        </w:rPr>
      </w:pPr>
      <w:r w:rsidRPr="0005241F">
        <w:rPr>
          <w:rFonts w:asciiTheme="minorEastAsia" w:hAnsiTheme="minorEastAsia"/>
          <w:sz w:val="20"/>
          <w:szCs w:val="20"/>
          <w:lang w:eastAsia="ja-JP"/>
        </w:rPr>
        <w:t>※中止の判断基準、返金条件等の詳細については、</w:t>
      </w:r>
      <w:r>
        <w:rPr>
          <w:rFonts w:asciiTheme="minorEastAsia" w:hAnsiTheme="minorEastAsia" w:hint="eastAsia"/>
          <w:sz w:val="20"/>
          <w:szCs w:val="20"/>
          <w:lang w:eastAsia="ja-JP"/>
        </w:rPr>
        <w:t>下記の</w:t>
      </w:r>
      <w:r w:rsidRPr="0005241F">
        <w:rPr>
          <w:rFonts w:asciiTheme="minorEastAsia" w:hAnsiTheme="minorEastAsia"/>
          <w:sz w:val="20"/>
          <w:szCs w:val="20"/>
          <w:lang w:eastAsia="ja-JP"/>
        </w:rPr>
        <w:t>「出店誓約書」をご確認ください。</w:t>
      </w:r>
    </w:p>
    <w:p w14:paraId="49E6502D" w14:textId="77777777" w:rsidR="00AE3758" w:rsidRPr="00092C3B" w:rsidRDefault="00AE3758" w:rsidP="00AE3758">
      <w:pPr>
        <w:spacing w:afterLines="50" w:after="120"/>
        <w:rPr>
          <w:rFonts w:asciiTheme="minorEastAsia" w:hAnsiTheme="minorEastAsia"/>
          <w:sz w:val="20"/>
          <w:szCs w:val="20"/>
          <w:lang w:eastAsia="ja-JP"/>
        </w:rPr>
      </w:pPr>
      <w:r w:rsidRPr="00092C3B">
        <w:rPr>
          <w:rFonts w:asciiTheme="minorEastAsia" w:hAnsiTheme="minorEastAsia"/>
          <w:sz w:val="20"/>
          <w:szCs w:val="20"/>
          <w:lang w:eastAsia="ja-JP"/>
        </w:rPr>
        <w:t>※テントは各出店者様でご用意ください。出店申込時にテント持込の有無をご回答ください。</w:t>
      </w:r>
    </w:p>
    <w:p w14:paraId="239EB8F9" w14:textId="047781FF" w:rsidR="00AE3758" w:rsidRPr="00092C3B" w:rsidRDefault="03EDF297" w:rsidP="03EDF297">
      <w:pPr>
        <w:spacing w:afterLines="50" w:after="120"/>
        <w:ind w:left="200" w:hangingChars="100" w:hanging="200"/>
        <w:rPr>
          <w:rFonts w:asciiTheme="minorEastAsia" w:hAnsiTheme="minorEastAsia"/>
          <w:sz w:val="20"/>
          <w:szCs w:val="20"/>
          <w:lang w:eastAsia="ja-JP"/>
        </w:rPr>
      </w:pPr>
      <w:r w:rsidRPr="03EDF297">
        <w:rPr>
          <w:rFonts w:asciiTheme="minorEastAsia" w:hAnsiTheme="minorEastAsia"/>
          <w:sz w:val="20"/>
          <w:szCs w:val="20"/>
          <w:lang w:eastAsia="ja-JP"/>
        </w:rPr>
        <w:t>※テントをお持ちで無く、ご入り用の方は、下記レンタル業者をご利用いただけます。まずは記載メールにご連絡ください。</w:t>
      </w:r>
    </w:p>
    <w:p w14:paraId="7B38651C" w14:textId="43453F3E" w:rsidR="00F55744" w:rsidRPr="00557006" w:rsidRDefault="00AE3758" w:rsidP="00557006">
      <w:pPr>
        <w:ind w:leftChars="200" w:left="420"/>
        <w:rPr>
          <w:rFonts w:asciiTheme="minorHAnsi" w:hAnsiTheme="minorHAnsi" w:cstheme="majorHAnsi"/>
          <w:u w:val="single"/>
          <w:lang w:eastAsia="ja-JP"/>
        </w:rPr>
      </w:pPr>
      <w:r w:rsidRPr="00B07D5B">
        <w:rPr>
          <w:rFonts w:asciiTheme="minorEastAsia" w:hAnsiTheme="minorEastAsia"/>
          <w:lang w:eastAsia="ja-JP"/>
        </w:rPr>
        <w:t>【テントレンタル業者】</w:t>
      </w:r>
      <w:r w:rsidRPr="00B07D5B">
        <w:rPr>
          <w:rFonts w:asciiTheme="minorEastAsia" w:hAnsiTheme="minorEastAsia"/>
          <w:lang w:eastAsia="ja-JP"/>
        </w:rPr>
        <w:br/>
        <w:t>業者名：</w:t>
      </w:r>
      <w:r w:rsidRPr="00B07D5B">
        <w:rPr>
          <w:rFonts w:asciiTheme="minorEastAsia" w:hAnsiTheme="minorEastAsia" w:hint="eastAsia"/>
          <w:u w:val="single"/>
          <w:lang w:eastAsia="ja-JP"/>
        </w:rPr>
        <w:t>株式会社イベントサポート</w:t>
      </w:r>
      <w:r w:rsidRPr="00B07D5B">
        <w:rPr>
          <w:rFonts w:asciiTheme="minorEastAsia" w:hAnsiTheme="minorEastAsia"/>
          <w:lang w:eastAsia="ja-JP"/>
        </w:rPr>
        <w:br/>
        <w:t>担当者：</w:t>
      </w:r>
      <w:r w:rsidRPr="00B07D5B">
        <w:rPr>
          <w:rFonts w:asciiTheme="minorEastAsia" w:hAnsiTheme="minorEastAsia" w:hint="eastAsia"/>
          <w:u w:val="single"/>
          <w:lang w:eastAsia="ja-JP"/>
        </w:rPr>
        <w:t>奥澤　信之</w:t>
      </w:r>
      <w:r w:rsidRPr="00B07D5B">
        <w:rPr>
          <w:rFonts w:asciiTheme="minorEastAsia" w:hAnsiTheme="minorEastAsia"/>
          <w:lang w:eastAsia="ja-JP"/>
        </w:rPr>
        <w:br/>
      </w:r>
      <w:r w:rsidRPr="007E579C">
        <w:rPr>
          <w:rFonts w:asciiTheme="minorHAnsi" w:hAnsiTheme="minorHAnsi" w:cstheme="majorHAnsi"/>
          <w:lang w:eastAsia="ja-JP"/>
        </w:rPr>
        <w:t>E-mail</w:t>
      </w:r>
      <w:r w:rsidRPr="007E579C">
        <w:rPr>
          <w:rFonts w:asciiTheme="minorHAnsi" w:hAnsiTheme="minorHAnsi" w:cstheme="majorHAnsi"/>
          <w:lang w:eastAsia="ja-JP"/>
        </w:rPr>
        <w:t>：</w:t>
      </w:r>
      <w:r w:rsidRPr="007E579C">
        <w:rPr>
          <w:rFonts w:asciiTheme="minorHAnsi" w:hAnsiTheme="minorHAnsi" w:cstheme="majorHAnsi"/>
          <w:u w:val="single"/>
          <w:lang w:eastAsia="ja-JP"/>
        </w:rPr>
        <w:t>okuzawa@event-support.co.jp</w:t>
      </w:r>
    </w:p>
    <w:p w14:paraId="61907C52" w14:textId="49E236BC" w:rsidR="003D0B13" w:rsidRPr="007E579C" w:rsidRDefault="00F62CF4" w:rsidP="00F55744">
      <w:pPr>
        <w:spacing w:after="0"/>
        <w:rPr>
          <w:rFonts w:asciiTheme="minorEastAsia" w:hAnsiTheme="minorEastAsia"/>
          <w:sz w:val="20"/>
          <w:szCs w:val="20"/>
          <w:lang w:eastAsia="ja-JP"/>
        </w:rPr>
      </w:pPr>
      <w:r w:rsidRPr="007E579C">
        <w:rPr>
          <w:rFonts w:asciiTheme="minorEastAsia" w:hAnsiTheme="minorEastAsia"/>
          <w:sz w:val="20"/>
          <w:szCs w:val="20"/>
          <w:lang w:eastAsia="ja-JP"/>
        </w:rPr>
        <w:t>お問い合わせ</w:t>
      </w:r>
      <w:r w:rsidR="009D016F" w:rsidRPr="007E579C">
        <w:rPr>
          <w:rFonts w:asciiTheme="minorEastAsia" w:hAnsiTheme="minorEastAsia" w:hint="eastAsia"/>
          <w:sz w:val="20"/>
          <w:szCs w:val="20"/>
          <w:lang w:eastAsia="ja-JP"/>
        </w:rPr>
        <w:t>先</w:t>
      </w:r>
      <w:r w:rsidRPr="007E579C">
        <w:rPr>
          <w:rFonts w:asciiTheme="minorEastAsia" w:hAnsiTheme="minorEastAsia"/>
          <w:sz w:val="20"/>
          <w:szCs w:val="20"/>
          <w:lang w:eastAsia="ja-JP"/>
        </w:rPr>
        <w:br/>
        <w:t>主催者</w:t>
      </w:r>
      <w:r w:rsidR="00401D17" w:rsidRPr="007E579C">
        <w:rPr>
          <w:rFonts w:asciiTheme="minorEastAsia" w:hAnsiTheme="minorEastAsia" w:hint="eastAsia"/>
          <w:sz w:val="20"/>
          <w:szCs w:val="20"/>
          <w:lang w:eastAsia="ja-JP"/>
        </w:rPr>
        <w:t xml:space="preserve"> </w:t>
      </w:r>
      <w:r w:rsidR="003D4DC0">
        <w:rPr>
          <w:rFonts w:asciiTheme="minorEastAsia" w:hAnsiTheme="minorEastAsia" w:hint="eastAsia"/>
          <w:sz w:val="20"/>
          <w:szCs w:val="20"/>
          <w:lang w:eastAsia="ja-JP"/>
        </w:rPr>
        <w:t xml:space="preserve">　　　　　　</w:t>
      </w:r>
      <w:r w:rsidRPr="007E579C">
        <w:rPr>
          <w:rFonts w:asciiTheme="minorEastAsia" w:hAnsiTheme="minorEastAsia"/>
          <w:sz w:val="20"/>
          <w:szCs w:val="20"/>
          <w:lang w:eastAsia="ja-JP"/>
        </w:rPr>
        <w:t>：</w:t>
      </w:r>
      <w:r w:rsidR="00A904ED" w:rsidRPr="007E579C">
        <w:rPr>
          <w:rFonts w:asciiTheme="minorEastAsia" w:hAnsiTheme="minorEastAsia" w:hint="eastAsia"/>
          <w:sz w:val="20"/>
          <w:szCs w:val="20"/>
          <w:lang w:eastAsia="ja-JP"/>
        </w:rPr>
        <w:t>精華町商工会青年部</w:t>
      </w:r>
    </w:p>
    <w:p w14:paraId="37468869" w14:textId="69D4D8D3" w:rsidR="009D016F" w:rsidRPr="007E579C" w:rsidRDefault="00C635C1" w:rsidP="00F55744">
      <w:pPr>
        <w:spacing w:after="0"/>
        <w:rPr>
          <w:rFonts w:asciiTheme="minorEastAsia" w:hAnsiTheme="minorEastAsia"/>
          <w:sz w:val="20"/>
          <w:szCs w:val="20"/>
          <w:lang w:eastAsia="zh-CN"/>
        </w:rPr>
      </w:pPr>
      <w:r>
        <w:rPr>
          <w:rFonts w:asciiTheme="minorEastAsia" w:hAnsiTheme="minorEastAsia" w:hint="eastAsia"/>
          <w:sz w:val="20"/>
          <w:szCs w:val="20"/>
          <w:lang w:eastAsia="zh-CN"/>
        </w:rPr>
        <w:t>青年部担当</w:t>
      </w:r>
      <w:r w:rsidR="003D4DC0">
        <w:rPr>
          <w:rFonts w:asciiTheme="minorEastAsia" w:hAnsiTheme="minorEastAsia" w:hint="eastAsia"/>
          <w:sz w:val="20"/>
          <w:szCs w:val="20"/>
          <w:lang w:eastAsia="zh-CN"/>
        </w:rPr>
        <w:t xml:space="preserve">事務局員 </w:t>
      </w:r>
      <w:r w:rsidR="00F62CF4" w:rsidRPr="007E579C">
        <w:rPr>
          <w:rFonts w:asciiTheme="minorEastAsia" w:hAnsiTheme="minorEastAsia"/>
          <w:sz w:val="20"/>
          <w:szCs w:val="20"/>
          <w:lang w:eastAsia="zh-CN"/>
        </w:rPr>
        <w:t>：</w:t>
      </w:r>
      <w:r w:rsidR="00495CE2" w:rsidRPr="007E579C">
        <w:rPr>
          <w:rFonts w:asciiTheme="minorEastAsia" w:hAnsiTheme="minorEastAsia" w:hint="eastAsia"/>
          <w:sz w:val="20"/>
          <w:szCs w:val="20"/>
          <w:lang w:eastAsia="zh-CN"/>
        </w:rPr>
        <w:t>真鍋</w:t>
      </w:r>
      <w:r w:rsidR="001B4E29" w:rsidRPr="007E579C">
        <w:rPr>
          <w:rFonts w:asciiTheme="minorEastAsia" w:hAnsiTheme="minorEastAsia" w:hint="eastAsia"/>
          <w:sz w:val="20"/>
          <w:szCs w:val="20"/>
          <w:lang w:eastAsia="zh-CN"/>
        </w:rPr>
        <w:t xml:space="preserve">　</w:t>
      </w:r>
      <w:r w:rsidR="003D0B13" w:rsidRPr="007E579C">
        <w:rPr>
          <w:rFonts w:asciiTheme="minorEastAsia" w:hAnsiTheme="minorEastAsia" w:hint="eastAsia"/>
          <w:sz w:val="20"/>
          <w:szCs w:val="20"/>
          <w:lang w:eastAsia="zh-CN"/>
        </w:rPr>
        <w:t>貴志</w:t>
      </w:r>
    </w:p>
    <w:p w14:paraId="5547BA24" w14:textId="07CEF342" w:rsidR="00F43102" w:rsidRPr="007E579C" w:rsidRDefault="00F62CF4" w:rsidP="00F55744">
      <w:pPr>
        <w:spacing w:after="0"/>
        <w:rPr>
          <w:rFonts w:asciiTheme="minorEastAsia" w:hAnsiTheme="minorEastAsia"/>
          <w:sz w:val="20"/>
          <w:szCs w:val="20"/>
          <w:lang w:eastAsia="ja-JP"/>
        </w:rPr>
      </w:pPr>
      <w:r w:rsidRPr="007E579C">
        <w:rPr>
          <w:rFonts w:asciiTheme="minorEastAsia" w:hAnsiTheme="minorEastAsia"/>
          <w:sz w:val="20"/>
          <w:szCs w:val="20"/>
          <w:lang w:eastAsia="ja-JP"/>
        </w:rPr>
        <w:t>TEL</w:t>
      </w:r>
      <w:r w:rsidR="00401D17" w:rsidRPr="007E579C">
        <w:rPr>
          <w:rFonts w:asciiTheme="minorEastAsia" w:hAnsiTheme="minorEastAsia" w:hint="eastAsia"/>
          <w:sz w:val="20"/>
          <w:szCs w:val="20"/>
          <w:lang w:eastAsia="ja-JP"/>
        </w:rPr>
        <w:t xml:space="preserve">    </w:t>
      </w:r>
      <w:r w:rsidR="003D4DC0">
        <w:rPr>
          <w:rFonts w:asciiTheme="minorEastAsia" w:hAnsiTheme="minorEastAsia" w:hint="eastAsia"/>
          <w:sz w:val="20"/>
          <w:szCs w:val="20"/>
          <w:lang w:eastAsia="ja-JP"/>
        </w:rPr>
        <w:t xml:space="preserve">　　　　　　</w:t>
      </w:r>
      <w:r w:rsidRPr="007E579C">
        <w:rPr>
          <w:rFonts w:asciiTheme="minorEastAsia" w:hAnsiTheme="minorEastAsia"/>
          <w:sz w:val="20"/>
          <w:szCs w:val="20"/>
          <w:lang w:eastAsia="ja-JP"/>
        </w:rPr>
        <w:t>：</w:t>
      </w:r>
      <w:r w:rsidR="00602843" w:rsidRPr="007E579C">
        <w:rPr>
          <w:rFonts w:asciiTheme="minorEastAsia" w:hAnsiTheme="minorEastAsia" w:hint="eastAsia"/>
          <w:sz w:val="20"/>
          <w:szCs w:val="20"/>
          <w:lang w:eastAsia="ja-JP"/>
        </w:rPr>
        <w:t>0774-94-5525</w:t>
      </w:r>
    </w:p>
    <w:p w14:paraId="3F4AC8A6" w14:textId="6A8B10E1" w:rsidR="0033570C" w:rsidRDefault="0033570C" w:rsidP="00F55744">
      <w:pPr>
        <w:spacing w:after="0"/>
        <w:rPr>
          <w:rFonts w:asciiTheme="minorHAnsi" w:hAnsiTheme="minorHAnsi"/>
          <w:sz w:val="20"/>
          <w:szCs w:val="20"/>
          <w:lang w:eastAsia="ja-JP"/>
        </w:rPr>
      </w:pPr>
      <w:r w:rsidRPr="007E579C">
        <w:rPr>
          <w:rFonts w:asciiTheme="minorHAnsi" w:hAnsiTheme="minorHAnsi"/>
          <w:sz w:val="20"/>
          <w:szCs w:val="20"/>
          <w:lang w:eastAsia="ja-JP"/>
        </w:rPr>
        <w:t>E-mail</w:t>
      </w:r>
      <w:r w:rsidR="003D4DC0">
        <w:rPr>
          <w:rFonts w:asciiTheme="minorHAnsi" w:hAnsiTheme="minorHAnsi" w:hint="eastAsia"/>
          <w:sz w:val="20"/>
          <w:szCs w:val="20"/>
          <w:lang w:eastAsia="ja-JP"/>
        </w:rPr>
        <w:t xml:space="preserve">　　　　　　</w:t>
      </w:r>
      <w:r w:rsidR="003D4DC0">
        <w:rPr>
          <w:rFonts w:asciiTheme="minorHAnsi" w:hAnsiTheme="minorHAnsi" w:hint="eastAsia"/>
          <w:sz w:val="20"/>
          <w:szCs w:val="20"/>
          <w:lang w:eastAsia="ja-JP"/>
        </w:rPr>
        <w:t xml:space="preserve">   </w:t>
      </w:r>
      <w:r w:rsidRPr="007E579C">
        <w:rPr>
          <w:rFonts w:asciiTheme="minorHAnsi" w:hAnsiTheme="minorHAnsi"/>
          <w:sz w:val="20"/>
          <w:szCs w:val="20"/>
          <w:lang w:eastAsia="ja-JP"/>
        </w:rPr>
        <w:t>：</w:t>
      </w:r>
      <w:r w:rsidR="00BD497A">
        <w:fldChar w:fldCharType="begin"/>
      </w:r>
      <w:r w:rsidR="00BD497A">
        <w:instrText>HYPERLINK "mailto:t-manabe@kyoto-fsci.or.jp"</w:instrText>
      </w:r>
      <w:r w:rsidR="00BD497A">
        <w:fldChar w:fldCharType="separate"/>
      </w:r>
      <w:r w:rsidR="00BD497A" w:rsidRPr="00A65FB0">
        <w:rPr>
          <w:rStyle w:val="aff"/>
          <w:rFonts w:asciiTheme="minorHAnsi" w:hAnsiTheme="minorHAnsi"/>
          <w:sz w:val="20"/>
          <w:szCs w:val="20"/>
          <w:lang w:eastAsia="ja-JP"/>
        </w:rPr>
        <w:t>t-manabe@kyoto-fsci.or.jp</w:t>
      </w:r>
      <w:r w:rsidR="00BD497A">
        <w:fldChar w:fldCharType="end"/>
      </w:r>
    </w:p>
    <w:p w14:paraId="4D1D54EE" w14:textId="263F89D8" w:rsidR="00BD497A" w:rsidRDefault="00952E93" w:rsidP="00952E93">
      <w:pPr>
        <w:ind w:firstLineChars="900" w:firstLine="3253"/>
        <w:rPr>
          <w:rFonts w:ascii="ＭＳ 明朝" w:hAnsi="ＭＳ 明朝"/>
          <w:b/>
          <w:sz w:val="36"/>
          <w:lang w:eastAsia="ja-JP"/>
        </w:rPr>
      </w:pPr>
      <w:r>
        <w:rPr>
          <w:rFonts w:hint="eastAsia"/>
          <w:b/>
          <w:sz w:val="36"/>
          <w:lang w:eastAsia="ja-JP"/>
        </w:rPr>
        <w:lastRenderedPageBreak/>
        <w:t>出店</w:t>
      </w:r>
      <w:r w:rsidR="00BD497A">
        <w:rPr>
          <w:rFonts w:hint="eastAsia"/>
          <w:b/>
          <w:sz w:val="36"/>
          <w:lang w:eastAsia="ja-JP"/>
        </w:rPr>
        <w:t>誓約書</w:t>
      </w:r>
    </w:p>
    <w:p w14:paraId="0D195222" w14:textId="77777777" w:rsidR="00BD497A" w:rsidRDefault="00BD497A" w:rsidP="00BD497A">
      <w:pPr>
        <w:rPr>
          <w:b/>
          <w:lang w:eastAsia="ja-JP"/>
        </w:rPr>
      </w:pPr>
      <w:r>
        <w:rPr>
          <w:rFonts w:hint="eastAsia"/>
          <w:b/>
          <w:lang w:eastAsia="ja-JP"/>
        </w:rPr>
        <w:t>私は、</w:t>
      </w:r>
      <w:r>
        <w:rPr>
          <w:rFonts w:hint="eastAsia"/>
          <w:b/>
          <w:lang w:eastAsia="ja-JP"/>
        </w:rPr>
        <w:t>2026</w:t>
      </w:r>
      <w:r>
        <w:rPr>
          <w:rFonts w:hint="eastAsia"/>
          <w:b/>
          <w:lang w:eastAsia="ja-JP"/>
        </w:rPr>
        <w:t>年</w:t>
      </w:r>
      <w:r>
        <w:rPr>
          <w:rFonts w:hint="eastAsia"/>
          <w:b/>
          <w:lang w:eastAsia="ja-JP"/>
        </w:rPr>
        <w:t>10</w:t>
      </w:r>
      <w:r>
        <w:rPr>
          <w:rFonts w:hint="eastAsia"/>
          <w:b/>
          <w:lang w:eastAsia="ja-JP"/>
        </w:rPr>
        <w:t>月</w:t>
      </w:r>
      <w:r>
        <w:rPr>
          <w:rFonts w:hint="eastAsia"/>
          <w:b/>
          <w:lang w:eastAsia="ja-JP"/>
        </w:rPr>
        <w:t>31</w:t>
      </w:r>
      <w:r>
        <w:rPr>
          <w:rFonts w:hint="eastAsia"/>
          <w:b/>
          <w:lang w:eastAsia="ja-JP"/>
        </w:rPr>
        <w:t>日（土）に開催される「ハロウィンフェスタ</w:t>
      </w:r>
      <w:r>
        <w:rPr>
          <w:rFonts w:hint="eastAsia"/>
          <w:b/>
          <w:lang w:eastAsia="ja-JP"/>
        </w:rPr>
        <w:t>2026(</w:t>
      </w:r>
      <w:r>
        <w:rPr>
          <w:rFonts w:hint="eastAsia"/>
          <w:b/>
          <w:lang w:eastAsia="ja-JP"/>
        </w:rPr>
        <w:t>みんなでつくる、ひととまちの輪</w:t>
      </w:r>
      <w:r>
        <w:rPr>
          <w:rFonts w:hint="eastAsia"/>
          <w:b/>
          <w:lang w:eastAsia="ja-JP"/>
        </w:rPr>
        <w:t>)by</w:t>
      </w:r>
      <w:r>
        <w:rPr>
          <w:rFonts w:hint="eastAsia"/>
          <w:b/>
          <w:lang w:eastAsia="ja-JP"/>
        </w:rPr>
        <w:t>精華町商工会青年部」において出店するにあたり、以下の事項を遵守することを誓約いたします。</w:t>
      </w:r>
    </w:p>
    <w:p w14:paraId="1F7096BB" w14:textId="77777777" w:rsidR="00BD497A" w:rsidRDefault="00BD497A" w:rsidP="00BD497A">
      <w:pPr>
        <w:rPr>
          <w:b/>
          <w:sz w:val="36"/>
          <w:szCs w:val="36"/>
          <w:lang w:eastAsia="ja-JP"/>
        </w:rPr>
      </w:pPr>
      <w:r>
        <w:rPr>
          <w:rFonts w:hint="eastAsia"/>
          <w:b/>
          <w:sz w:val="36"/>
          <w:szCs w:val="36"/>
          <w:lang w:eastAsia="ja-JP"/>
        </w:rPr>
        <w:t>第</w:t>
      </w:r>
      <w:r>
        <w:rPr>
          <w:rFonts w:hint="eastAsia"/>
          <w:b/>
          <w:sz w:val="36"/>
          <w:szCs w:val="36"/>
          <w:lang w:eastAsia="ja-JP"/>
        </w:rPr>
        <w:t>1</w:t>
      </w:r>
      <w:r>
        <w:rPr>
          <w:rFonts w:hint="eastAsia"/>
          <w:b/>
          <w:sz w:val="36"/>
          <w:szCs w:val="36"/>
          <w:lang w:eastAsia="ja-JP"/>
        </w:rPr>
        <w:t>条（出店条件の遵守）</w:t>
      </w:r>
    </w:p>
    <w:p w14:paraId="3D533623" w14:textId="77777777" w:rsidR="00BD497A" w:rsidRDefault="00BD497A" w:rsidP="00BD497A">
      <w:pPr>
        <w:ind w:left="316" w:hangingChars="150" w:hanging="316"/>
        <w:rPr>
          <w:b/>
          <w:szCs w:val="21"/>
          <w:lang w:eastAsia="ja-JP"/>
        </w:rPr>
      </w:pPr>
      <w:r>
        <w:rPr>
          <w:rFonts w:hint="eastAsia"/>
          <w:b/>
          <w:szCs w:val="21"/>
          <w:lang w:eastAsia="ja-JP"/>
        </w:rPr>
        <w:t xml:space="preserve">1. </w:t>
      </w:r>
      <w:r>
        <w:rPr>
          <w:rFonts w:hint="eastAsia"/>
          <w:b/>
          <w:szCs w:val="21"/>
          <w:lang w:eastAsia="ja-JP"/>
        </w:rPr>
        <w:t>精華町商工会青年部（以下、「主催者」とする。）の指示に従い、出店場所・時間・搬入出経路・設営方法を遵守します。</w:t>
      </w:r>
    </w:p>
    <w:p w14:paraId="3C50AB04" w14:textId="77777777" w:rsidR="00BD497A" w:rsidRDefault="00BD497A" w:rsidP="00BD497A">
      <w:pPr>
        <w:ind w:left="316" w:hangingChars="150" w:hanging="316"/>
        <w:rPr>
          <w:b/>
          <w:szCs w:val="21"/>
          <w:lang w:eastAsia="ja-JP"/>
        </w:rPr>
      </w:pPr>
      <w:r>
        <w:rPr>
          <w:rFonts w:hint="eastAsia"/>
          <w:b/>
          <w:szCs w:val="21"/>
          <w:lang w:eastAsia="ja-JP"/>
        </w:rPr>
        <w:t xml:space="preserve">2. </w:t>
      </w:r>
      <w:r>
        <w:rPr>
          <w:rFonts w:hint="eastAsia"/>
          <w:b/>
          <w:szCs w:val="21"/>
          <w:lang w:eastAsia="ja-JP"/>
        </w:rPr>
        <w:t>食品衛生法、消防法、その他関係法令を遵守し、必要な許可（営業許可・保健所許可など）を取得した上で出店します。</w:t>
      </w:r>
    </w:p>
    <w:p w14:paraId="7DBD8B2C" w14:textId="77777777" w:rsidR="00BD497A" w:rsidRDefault="00BD497A" w:rsidP="00BD497A">
      <w:pPr>
        <w:rPr>
          <w:b/>
          <w:sz w:val="36"/>
          <w:szCs w:val="36"/>
          <w:lang w:eastAsia="ja-JP"/>
        </w:rPr>
      </w:pPr>
      <w:r>
        <w:rPr>
          <w:rFonts w:hint="eastAsia"/>
          <w:b/>
          <w:sz w:val="36"/>
          <w:szCs w:val="36"/>
          <w:lang w:eastAsia="ja-JP"/>
        </w:rPr>
        <w:t>第</w:t>
      </w:r>
      <w:r>
        <w:rPr>
          <w:rFonts w:hint="eastAsia"/>
          <w:b/>
          <w:sz w:val="36"/>
          <w:szCs w:val="36"/>
          <w:lang w:eastAsia="ja-JP"/>
        </w:rPr>
        <w:t>2</w:t>
      </w:r>
      <w:r>
        <w:rPr>
          <w:rFonts w:hint="eastAsia"/>
          <w:b/>
          <w:sz w:val="36"/>
          <w:szCs w:val="36"/>
          <w:lang w:eastAsia="ja-JP"/>
        </w:rPr>
        <w:t>条（安全・衛生管理）</w:t>
      </w:r>
    </w:p>
    <w:p w14:paraId="6B910534" w14:textId="77777777" w:rsidR="00BD497A" w:rsidRDefault="00BD497A" w:rsidP="00BD497A">
      <w:pPr>
        <w:rPr>
          <w:b/>
          <w:szCs w:val="21"/>
          <w:lang w:eastAsia="ja-JP"/>
        </w:rPr>
      </w:pPr>
      <w:r>
        <w:rPr>
          <w:rFonts w:hint="eastAsia"/>
          <w:b/>
          <w:szCs w:val="21"/>
          <w:lang w:eastAsia="ja-JP"/>
        </w:rPr>
        <w:t xml:space="preserve">1. </w:t>
      </w:r>
      <w:r>
        <w:rPr>
          <w:rFonts w:hint="eastAsia"/>
          <w:b/>
          <w:szCs w:val="21"/>
          <w:lang w:eastAsia="ja-JP"/>
        </w:rPr>
        <w:t>出店中は、火気・電気機器の取扱いに十分注意し、事故防止に努めます。</w:t>
      </w:r>
    </w:p>
    <w:p w14:paraId="35817D39" w14:textId="77777777" w:rsidR="00BD497A" w:rsidRDefault="00BD497A" w:rsidP="00BD497A">
      <w:pPr>
        <w:rPr>
          <w:b/>
          <w:szCs w:val="21"/>
          <w:lang w:eastAsia="ja-JP"/>
        </w:rPr>
      </w:pPr>
      <w:r>
        <w:rPr>
          <w:rFonts w:hint="eastAsia"/>
          <w:b/>
          <w:szCs w:val="21"/>
          <w:lang w:eastAsia="ja-JP"/>
        </w:rPr>
        <w:t xml:space="preserve">2. </w:t>
      </w:r>
      <w:r>
        <w:rPr>
          <w:rFonts w:hint="eastAsia"/>
          <w:b/>
          <w:szCs w:val="21"/>
          <w:lang w:eastAsia="ja-JP"/>
        </w:rPr>
        <w:t>食品を扱う場合は、清潔な器具を使用し、衛生管理を徹底します。</w:t>
      </w:r>
    </w:p>
    <w:p w14:paraId="43ADCBBF" w14:textId="77777777" w:rsidR="00BD497A" w:rsidRDefault="00BD497A" w:rsidP="00BD497A">
      <w:pPr>
        <w:rPr>
          <w:b/>
          <w:szCs w:val="21"/>
          <w:lang w:eastAsia="ja-JP"/>
        </w:rPr>
      </w:pPr>
      <w:r>
        <w:rPr>
          <w:rFonts w:hint="eastAsia"/>
          <w:b/>
          <w:szCs w:val="21"/>
          <w:lang w:eastAsia="ja-JP"/>
        </w:rPr>
        <w:t xml:space="preserve">3. </w:t>
      </w:r>
      <w:r>
        <w:rPr>
          <w:rFonts w:hint="eastAsia"/>
          <w:b/>
          <w:szCs w:val="21"/>
          <w:lang w:eastAsia="ja-JP"/>
        </w:rPr>
        <w:t>ゴミは各自で責任をもって分別・回収し、会場を汚さないようにします。</w:t>
      </w:r>
    </w:p>
    <w:p w14:paraId="5BA15FFC" w14:textId="77777777" w:rsidR="00C065D3" w:rsidRDefault="00C065D3" w:rsidP="00BD497A">
      <w:pPr>
        <w:rPr>
          <w:b/>
          <w:szCs w:val="21"/>
          <w:lang w:eastAsia="ja-JP"/>
        </w:rPr>
      </w:pPr>
    </w:p>
    <w:p w14:paraId="7D6E48A2" w14:textId="77777777" w:rsidR="00BD497A" w:rsidRDefault="00BD497A" w:rsidP="00BD497A">
      <w:pPr>
        <w:rPr>
          <w:b/>
          <w:sz w:val="36"/>
          <w:szCs w:val="36"/>
          <w:lang w:eastAsia="ja-JP"/>
        </w:rPr>
      </w:pPr>
      <w:r>
        <w:rPr>
          <w:rFonts w:hint="eastAsia"/>
          <w:b/>
          <w:sz w:val="36"/>
          <w:szCs w:val="36"/>
          <w:lang w:eastAsia="ja-JP"/>
        </w:rPr>
        <w:t>第</w:t>
      </w:r>
      <w:r>
        <w:rPr>
          <w:rFonts w:hint="eastAsia"/>
          <w:b/>
          <w:sz w:val="36"/>
          <w:szCs w:val="36"/>
          <w:lang w:eastAsia="ja-JP"/>
        </w:rPr>
        <w:t>3</w:t>
      </w:r>
      <w:r>
        <w:rPr>
          <w:rFonts w:hint="eastAsia"/>
          <w:b/>
          <w:sz w:val="36"/>
          <w:szCs w:val="36"/>
          <w:lang w:eastAsia="ja-JP"/>
        </w:rPr>
        <w:t>条（禁止事項）</w:t>
      </w:r>
    </w:p>
    <w:p w14:paraId="0AE55E6C" w14:textId="77777777" w:rsidR="00BD497A" w:rsidRDefault="00BD497A" w:rsidP="00BD497A">
      <w:pPr>
        <w:rPr>
          <w:b/>
          <w:szCs w:val="21"/>
          <w:lang w:eastAsia="ja-JP"/>
        </w:rPr>
      </w:pPr>
      <w:r>
        <w:rPr>
          <w:rFonts w:hint="eastAsia"/>
          <w:b/>
          <w:szCs w:val="21"/>
          <w:lang w:eastAsia="ja-JP"/>
        </w:rPr>
        <w:t xml:space="preserve">1. </w:t>
      </w:r>
      <w:r>
        <w:rPr>
          <w:rFonts w:hint="eastAsia"/>
          <w:b/>
          <w:szCs w:val="21"/>
          <w:lang w:eastAsia="ja-JP"/>
        </w:rPr>
        <w:t>反社会的勢力との関係を一切持ちません。</w:t>
      </w:r>
    </w:p>
    <w:p w14:paraId="1C641A8C" w14:textId="77777777" w:rsidR="00BD497A" w:rsidRDefault="00BD497A" w:rsidP="00BD497A">
      <w:pPr>
        <w:rPr>
          <w:b/>
          <w:szCs w:val="21"/>
          <w:lang w:eastAsia="ja-JP"/>
        </w:rPr>
      </w:pPr>
      <w:r>
        <w:rPr>
          <w:rFonts w:hint="eastAsia"/>
          <w:b/>
          <w:szCs w:val="21"/>
          <w:lang w:eastAsia="ja-JP"/>
        </w:rPr>
        <w:t xml:space="preserve">2. </w:t>
      </w:r>
      <w:r>
        <w:rPr>
          <w:rFonts w:hint="eastAsia"/>
          <w:b/>
          <w:szCs w:val="21"/>
          <w:lang w:eastAsia="ja-JP"/>
        </w:rPr>
        <w:t>主催者の許可なく出店区画の転貸・譲渡を行いません。</w:t>
      </w:r>
    </w:p>
    <w:p w14:paraId="475B2102" w14:textId="77777777" w:rsidR="00BD497A" w:rsidRDefault="00BD497A" w:rsidP="00BD497A">
      <w:pPr>
        <w:rPr>
          <w:b/>
          <w:szCs w:val="21"/>
          <w:lang w:eastAsia="ja-JP"/>
        </w:rPr>
      </w:pPr>
      <w:r>
        <w:rPr>
          <w:rFonts w:hint="eastAsia"/>
          <w:b/>
          <w:szCs w:val="21"/>
          <w:lang w:eastAsia="ja-JP"/>
        </w:rPr>
        <w:t xml:space="preserve">3. </w:t>
      </w:r>
      <w:r>
        <w:rPr>
          <w:rFonts w:hint="eastAsia"/>
          <w:b/>
          <w:szCs w:val="21"/>
          <w:lang w:eastAsia="ja-JP"/>
        </w:rPr>
        <w:t>公序良俗に反する行為、イベントの趣旨を著しく損なう行為は行いません。</w:t>
      </w:r>
    </w:p>
    <w:p w14:paraId="27F5E6BC" w14:textId="77777777" w:rsidR="00BD497A" w:rsidRDefault="00BD497A" w:rsidP="00BD497A">
      <w:pPr>
        <w:rPr>
          <w:b/>
          <w:sz w:val="36"/>
          <w:szCs w:val="36"/>
          <w:lang w:eastAsia="ja-JP"/>
        </w:rPr>
      </w:pPr>
    </w:p>
    <w:p w14:paraId="0E0E33C1" w14:textId="50E2CD96" w:rsidR="00BD497A" w:rsidRDefault="00BD497A" w:rsidP="00BD497A">
      <w:pPr>
        <w:rPr>
          <w:b/>
          <w:sz w:val="36"/>
          <w:szCs w:val="36"/>
          <w:lang w:eastAsia="ja-JP"/>
        </w:rPr>
      </w:pPr>
      <w:r>
        <w:rPr>
          <w:rFonts w:hint="eastAsia"/>
          <w:b/>
          <w:sz w:val="36"/>
          <w:szCs w:val="36"/>
          <w:lang w:eastAsia="ja-JP"/>
        </w:rPr>
        <w:lastRenderedPageBreak/>
        <w:t>第</w:t>
      </w:r>
      <w:r>
        <w:rPr>
          <w:rFonts w:hint="eastAsia"/>
          <w:b/>
          <w:sz w:val="36"/>
          <w:szCs w:val="36"/>
          <w:lang w:eastAsia="ja-JP"/>
        </w:rPr>
        <w:t>4</w:t>
      </w:r>
      <w:r>
        <w:rPr>
          <w:rFonts w:hint="eastAsia"/>
          <w:b/>
          <w:sz w:val="36"/>
          <w:szCs w:val="36"/>
          <w:lang w:eastAsia="ja-JP"/>
        </w:rPr>
        <w:t>条（責任と損害賠償・免責）</w:t>
      </w:r>
    </w:p>
    <w:p w14:paraId="51E4276A" w14:textId="3FB21876" w:rsidR="00BD497A" w:rsidRDefault="00BD497A" w:rsidP="00BD497A">
      <w:pPr>
        <w:rPr>
          <w:b/>
          <w:lang w:eastAsia="ja-JP"/>
        </w:rPr>
      </w:pPr>
      <w:r>
        <w:rPr>
          <w:rFonts w:hint="eastAsia"/>
          <w:b/>
          <w:lang w:eastAsia="ja-JP"/>
        </w:rPr>
        <w:t xml:space="preserve">1. </w:t>
      </w:r>
      <w:r>
        <w:rPr>
          <w:rFonts w:hint="eastAsia"/>
          <w:b/>
          <w:lang w:eastAsia="ja-JP"/>
        </w:rPr>
        <w:t>出店に伴い発生した事故・盗難・火災・食中毒・第三者とのトラブル等については、すべて出店者の責任において処理し、主催者は一切の責任を負いません。</w:t>
      </w:r>
      <w:r w:rsidR="00663EE5">
        <w:rPr>
          <w:rFonts w:hint="eastAsia"/>
          <w:b/>
          <w:lang w:eastAsia="ja-JP"/>
        </w:rPr>
        <w:t>ただし、主催者の</w:t>
      </w:r>
      <w:r w:rsidR="00090139">
        <w:rPr>
          <w:rFonts w:hint="eastAsia"/>
          <w:b/>
          <w:lang w:eastAsia="ja-JP"/>
        </w:rPr>
        <w:t>故意または重大な過失により生じた損害についてはこの限りで</w:t>
      </w:r>
      <w:r w:rsidR="000528D6">
        <w:rPr>
          <w:rFonts w:hint="eastAsia"/>
          <w:b/>
          <w:lang w:eastAsia="ja-JP"/>
        </w:rPr>
        <w:t>はありません</w:t>
      </w:r>
      <w:r w:rsidR="00090139">
        <w:rPr>
          <w:rFonts w:hint="eastAsia"/>
          <w:b/>
          <w:lang w:eastAsia="ja-JP"/>
        </w:rPr>
        <w:t>。</w:t>
      </w:r>
    </w:p>
    <w:p w14:paraId="38C8DF1B" w14:textId="77777777" w:rsidR="00BD497A" w:rsidRDefault="00BD497A" w:rsidP="00BD497A">
      <w:pPr>
        <w:rPr>
          <w:b/>
          <w:lang w:eastAsia="ja-JP"/>
        </w:rPr>
      </w:pPr>
      <w:r>
        <w:rPr>
          <w:rFonts w:hint="eastAsia"/>
          <w:b/>
          <w:lang w:eastAsia="ja-JP"/>
        </w:rPr>
        <w:t xml:space="preserve">2. </w:t>
      </w:r>
      <w:r>
        <w:rPr>
          <w:rFonts w:hint="eastAsia"/>
          <w:b/>
          <w:lang w:eastAsia="ja-JP"/>
        </w:rPr>
        <w:t>出店者は、自己の行為または管理不十分により主催者または第三者に損害を与えた場合、その損害を賠償するものとします。</w:t>
      </w:r>
    </w:p>
    <w:p w14:paraId="0D23E13C" w14:textId="77777777" w:rsidR="00BD497A" w:rsidRDefault="00BD497A" w:rsidP="00BD497A">
      <w:pPr>
        <w:rPr>
          <w:b/>
          <w:lang w:eastAsia="ja-JP"/>
        </w:rPr>
      </w:pPr>
      <w:r>
        <w:rPr>
          <w:rFonts w:hint="eastAsia"/>
          <w:b/>
          <w:lang w:eastAsia="ja-JP"/>
        </w:rPr>
        <w:t xml:space="preserve">3. </w:t>
      </w:r>
      <w:r>
        <w:rPr>
          <w:rFonts w:hint="eastAsia"/>
          <w:b/>
          <w:lang w:eastAsia="ja-JP"/>
        </w:rPr>
        <w:t>主催者は、天災地変、不可抗力、その他やむを得ない事情により発生した損害についても責任を負いません。</w:t>
      </w:r>
    </w:p>
    <w:p w14:paraId="5667D208" w14:textId="54218C98" w:rsidR="00BD497A" w:rsidRDefault="00BD497A" w:rsidP="00BD497A">
      <w:pPr>
        <w:rPr>
          <w:b/>
          <w:lang w:eastAsia="ja-JP"/>
        </w:rPr>
      </w:pPr>
      <w:r>
        <w:rPr>
          <w:rFonts w:hint="eastAsia"/>
          <w:b/>
          <w:lang w:eastAsia="ja-JP"/>
        </w:rPr>
        <w:t xml:space="preserve">4. </w:t>
      </w:r>
      <w:r>
        <w:rPr>
          <w:rFonts w:hint="eastAsia"/>
          <w:b/>
          <w:lang w:eastAsia="ja-JP"/>
        </w:rPr>
        <w:t>主催者は、出店者の売上について一切保証しません。</w:t>
      </w:r>
    </w:p>
    <w:p w14:paraId="67F172C4" w14:textId="77777777" w:rsidR="00BD497A" w:rsidRDefault="00BD497A" w:rsidP="00BD497A">
      <w:pPr>
        <w:rPr>
          <w:b/>
          <w:bCs/>
          <w:sz w:val="36"/>
          <w:szCs w:val="36"/>
          <w:lang w:eastAsia="ja-JP"/>
        </w:rPr>
      </w:pPr>
      <w:r>
        <w:rPr>
          <w:rFonts w:hint="eastAsia"/>
          <w:b/>
          <w:bCs/>
          <w:sz w:val="36"/>
          <w:szCs w:val="36"/>
          <w:lang w:eastAsia="ja-JP"/>
        </w:rPr>
        <w:t>第</w:t>
      </w:r>
      <w:r>
        <w:rPr>
          <w:rFonts w:hint="eastAsia"/>
          <w:b/>
          <w:bCs/>
          <w:sz w:val="36"/>
          <w:szCs w:val="36"/>
          <w:lang w:eastAsia="ja-JP"/>
        </w:rPr>
        <w:t>5</w:t>
      </w:r>
      <w:r>
        <w:rPr>
          <w:rFonts w:hint="eastAsia"/>
          <w:b/>
          <w:bCs/>
          <w:sz w:val="36"/>
          <w:szCs w:val="36"/>
          <w:lang w:eastAsia="ja-JP"/>
        </w:rPr>
        <w:t>条（出店料・売上・広報・キャンセル）</w:t>
      </w:r>
    </w:p>
    <w:p w14:paraId="34CCBEB1" w14:textId="77777777" w:rsidR="00BD497A" w:rsidRDefault="00BD497A" w:rsidP="00BD497A">
      <w:pPr>
        <w:rPr>
          <w:b/>
          <w:lang w:eastAsia="ja-JP"/>
        </w:rPr>
      </w:pPr>
      <w:r>
        <w:rPr>
          <w:rFonts w:hint="eastAsia"/>
          <w:b/>
          <w:lang w:eastAsia="ja-JP"/>
        </w:rPr>
        <w:t>1.</w:t>
      </w:r>
      <w:r>
        <w:rPr>
          <w:rFonts w:hint="eastAsia"/>
          <w:b/>
          <w:lang w:eastAsia="ja-JP"/>
        </w:rPr>
        <w:t>本イベントにおける出店料は一区画につき</w:t>
      </w:r>
      <w:r>
        <w:rPr>
          <w:rFonts w:hint="eastAsia"/>
          <w:b/>
          <w:lang w:eastAsia="ja-JP"/>
        </w:rPr>
        <w:t>1</w:t>
      </w:r>
      <w:r>
        <w:rPr>
          <w:rFonts w:hint="eastAsia"/>
          <w:b/>
          <w:lang w:eastAsia="ja-JP"/>
        </w:rPr>
        <w:t>万円とする。</w:t>
      </w:r>
    </w:p>
    <w:p w14:paraId="2DBC5EF3" w14:textId="77777777" w:rsidR="00BD497A" w:rsidRDefault="00BD497A" w:rsidP="00BD497A">
      <w:pPr>
        <w:rPr>
          <w:b/>
          <w:lang w:eastAsia="ja-JP"/>
        </w:rPr>
      </w:pPr>
      <w:r>
        <w:rPr>
          <w:rFonts w:hint="eastAsia"/>
          <w:b/>
          <w:lang w:eastAsia="ja-JP"/>
        </w:rPr>
        <w:t>2.</w:t>
      </w:r>
      <w:r>
        <w:rPr>
          <w:rFonts w:hint="eastAsia"/>
          <w:b/>
          <w:lang w:eastAsia="ja-JP"/>
        </w:rPr>
        <w:t>出店料には主催者側が行う「</w:t>
      </w:r>
      <w:r>
        <w:rPr>
          <w:rFonts w:hint="eastAsia"/>
          <w:b/>
          <w:lang w:eastAsia="ja-JP"/>
        </w:rPr>
        <w:t>SNS(</w:t>
      </w:r>
      <w:r>
        <w:rPr>
          <w:rFonts w:hint="eastAsia"/>
          <w:b/>
          <w:lang w:eastAsia="ja-JP"/>
        </w:rPr>
        <w:t>インスタグラム</w:t>
      </w:r>
      <w:r>
        <w:rPr>
          <w:rFonts w:hint="eastAsia"/>
          <w:b/>
          <w:lang w:eastAsia="ja-JP"/>
        </w:rPr>
        <w:t>)</w:t>
      </w:r>
      <w:r>
        <w:rPr>
          <w:rFonts w:hint="eastAsia"/>
          <w:b/>
          <w:lang w:eastAsia="ja-JP"/>
        </w:rPr>
        <w:t>での店舗紹介」などの応援・宣伝支援を含める。</w:t>
      </w:r>
    </w:p>
    <w:p w14:paraId="2E93512B" w14:textId="77777777" w:rsidR="00BD497A" w:rsidRDefault="00BD497A" w:rsidP="00BD497A">
      <w:pPr>
        <w:rPr>
          <w:b/>
          <w:lang w:eastAsia="ja-JP"/>
        </w:rPr>
      </w:pPr>
      <w:r>
        <w:rPr>
          <w:rFonts w:hint="eastAsia"/>
          <w:b/>
          <w:lang w:eastAsia="ja-JP"/>
        </w:rPr>
        <w:t>3.</w:t>
      </w:r>
      <w:r>
        <w:rPr>
          <w:rFonts w:hint="eastAsia"/>
          <w:b/>
          <w:lang w:eastAsia="ja-JP"/>
        </w:rPr>
        <w:t>出店者の売上については、主催者は一切関与せず、また保証もしません。</w:t>
      </w:r>
    </w:p>
    <w:p w14:paraId="649D9DA2" w14:textId="77777777" w:rsidR="00BD497A" w:rsidRDefault="00BD497A" w:rsidP="00BD497A">
      <w:pPr>
        <w:ind w:left="211" w:hangingChars="100" w:hanging="211"/>
        <w:rPr>
          <w:b/>
          <w:lang w:eastAsia="ja-JP"/>
        </w:rPr>
      </w:pPr>
      <w:r>
        <w:rPr>
          <w:rFonts w:hint="eastAsia"/>
          <w:b/>
          <w:lang w:eastAsia="ja-JP"/>
        </w:rPr>
        <w:t>4.</w:t>
      </w:r>
      <w:r>
        <w:rPr>
          <w:rFonts w:hint="eastAsia"/>
          <w:b/>
          <w:lang w:eastAsia="ja-JP"/>
        </w:rPr>
        <w:t>台風、地震、風水害その他の自然災害、感染症の流行、行政機関からの要請その他の不可抗力によりイベントを中止した場合の出店料の取扱いについては、返金なしとします。</w:t>
      </w:r>
    </w:p>
    <w:p w14:paraId="0DB546D7" w14:textId="77777777" w:rsidR="00BD497A" w:rsidRDefault="00BD497A" w:rsidP="00BD497A">
      <w:pPr>
        <w:ind w:left="211" w:hangingChars="100" w:hanging="211"/>
        <w:rPr>
          <w:b/>
          <w:bCs/>
          <w:lang w:eastAsia="ja-JP"/>
        </w:rPr>
      </w:pPr>
      <w:r>
        <w:rPr>
          <w:rFonts w:hint="eastAsia"/>
          <w:b/>
          <w:bCs/>
          <w:lang w:eastAsia="ja-JP"/>
        </w:rPr>
        <w:t xml:space="preserve">5. </w:t>
      </w:r>
      <w:r>
        <w:rPr>
          <w:rFonts w:hint="eastAsia"/>
          <w:b/>
          <w:bCs/>
          <w:lang w:eastAsia="ja-JP"/>
        </w:rPr>
        <w:t>主催者の都合によりイベントを中止した場合は、納付済みの出店料を全額返金いたします。</w:t>
      </w:r>
    </w:p>
    <w:p w14:paraId="7E6B6AA9" w14:textId="77777777" w:rsidR="00BD497A" w:rsidRDefault="00BD497A" w:rsidP="00BD497A">
      <w:pPr>
        <w:rPr>
          <w:b/>
          <w:bCs/>
          <w:lang w:eastAsia="ja-JP"/>
        </w:rPr>
      </w:pPr>
      <w:r>
        <w:rPr>
          <w:rFonts w:hint="eastAsia"/>
          <w:b/>
          <w:bCs/>
          <w:lang w:eastAsia="ja-JP"/>
        </w:rPr>
        <w:t xml:space="preserve">6. </w:t>
      </w:r>
      <w:r>
        <w:rPr>
          <w:rFonts w:hint="eastAsia"/>
          <w:b/>
          <w:bCs/>
          <w:lang w:eastAsia="ja-JP"/>
        </w:rPr>
        <w:t>出店者の都合により出店をキャンセルした場合は、納付済みの出店料は返金いたしません。</w:t>
      </w:r>
    </w:p>
    <w:p w14:paraId="12F902A0" w14:textId="77777777" w:rsidR="004E0482" w:rsidRDefault="004E0482" w:rsidP="00BD497A">
      <w:pPr>
        <w:rPr>
          <w:b/>
          <w:bCs/>
          <w:lang w:eastAsia="ja-JP"/>
        </w:rPr>
      </w:pPr>
    </w:p>
    <w:p w14:paraId="22DF3398" w14:textId="77777777" w:rsidR="004E0482" w:rsidRDefault="004E0482" w:rsidP="00BD497A">
      <w:pPr>
        <w:rPr>
          <w:b/>
          <w:bCs/>
          <w:lang w:eastAsia="ja-JP"/>
        </w:rPr>
      </w:pPr>
    </w:p>
    <w:p w14:paraId="79E7DD50" w14:textId="77777777" w:rsidR="00BD497A" w:rsidRDefault="00BD497A" w:rsidP="00BD497A">
      <w:pPr>
        <w:rPr>
          <w:b/>
          <w:bCs/>
          <w:sz w:val="36"/>
          <w:szCs w:val="36"/>
          <w:lang w:eastAsia="ja-JP"/>
        </w:rPr>
      </w:pPr>
      <w:r>
        <w:rPr>
          <w:rFonts w:hint="eastAsia"/>
          <w:b/>
          <w:bCs/>
          <w:sz w:val="36"/>
          <w:szCs w:val="36"/>
          <w:lang w:eastAsia="ja-JP"/>
        </w:rPr>
        <w:lastRenderedPageBreak/>
        <w:t>第</w:t>
      </w:r>
      <w:r>
        <w:rPr>
          <w:rFonts w:hint="eastAsia"/>
          <w:b/>
          <w:bCs/>
          <w:sz w:val="36"/>
          <w:szCs w:val="36"/>
          <w:lang w:eastAsia="ja-JP"/>
        </w:rPr>
        <w:t>6</w:t>
      </w:r>
      <w:r>
        <w:rPr>
          <w:rFonts w:hint="eastAsia"/>
          <w:b/>
          <w:bCs/>
          <w:sz w:val="36"/>
          <w:szCs w:val="36"/>
          <w:lang w:eastAsia="ja-JP"/>
        </w:rPr>
        <w:t>条（中止の判断・通知）</w:t>
      </w:r>
    </w:p>
    <w:p w14:paraId="4F223315" w14:textId="77777777" w:rsidR="00BD497A" w:rsidRDefault="00BD497A" w:rsidP="00BD497A">
      <w:pPr>
        <w:rPr>
          <w:b/>
          <w:bCs/>
          <w:lang w:eastAsia="ja-JP"/>
        </w:rPr>
      </w:pPr>
      <w:r>
        <w:rPr>
          <w:rFonts w:hint="eastAsia"/>
          <w:b/>
          <w:bCs/>
          <w:lang w:eastAsia="ja-JP"/>
        </w:rPr>
        <w:t>天候不良、自然災害、その他やむを得ない事情によりイベントの開催が困難であると主催者が判断した場合、イベントを中止することがあります。</w:t>
      </w:r>
    </w:p>
    <w:p w14:paraId="6E0E918E" w14:textId="77777777" w:rsidR="00BD497A" w:rsidRDefault="00BD497A" w:rsidP="00BD497A">
      <w:pPr>
        <w:rPr>
          <w:b/>
          <w:bCs/>
          <w:lang w:eastAsia="ja-JP"/>
        </w:rPr>
      </w:pPr>
      <w:r>
        <w:rPr>
          <w:rFonts w:hint="eastAsia"/>
          <w:b/>
          <w:bCs/>
          <w:lang w:eastAsia="ja-JP"/>
        </w:rPr>
        <w:t>中止の決定については主催者が出店者へ連絡するものとし、出店者は主催者の判断に異議なくこれを受け入れるものとします。</w:t>
      </w:r>
    </w:p>
    <w:p w14:paraId="3FF2E820" w14:textId="77777777" w:rsidR="00BD497A" w:rsidRDefault="00BD497A" w:rsidP="00BD497A">
      <w:pPr>
        <w:rPr>
          <w:b/>
          <w:bCs/>
          <w:lang w:eastAsia="ja-JP"/>
        </w:rPr>
      </w:pPr>
      <w:r>
        <w:rPr>
          <w:rFonts w:hint="eastAsia"/>
          <w:b/>
          <w:bCs/>
          <w:lang w:eastAsia="ja-JP"/>
        </w:rPr>
        <w:t>また、中止に伴い出店者に生じた損害、費用その他の不利益について、出店者は主催者に対して損害賠償その他の請求を行わないものとします。</w:t>
      </w:r>
    </w:p>
    <w:p w14:paraId="64BFF10F" w14:textId="77777777" w:rsidR="00BD497A" w:rsidRDefault="00BD497A" w:rsidP="00BD497A">
      <w:pPr>
        <w:rPr>
          <w:b/>
          <w:bCs/>
          <w:lang w:eastAsia="ja-JP"/>
        </w:rPr>
      </w:pPr>
      <w:r>
        <w:rPr>
          <w:rFonts w:hint="eastAsia"/>
          <w:b/>
          <w:bCs/>
          <w:lang w:eastAsia="ja-JP"/>
        </w:rPr>
        <w:t>なお、イベント中止の場合における出店料の取扱いについては、第</w:t>
      </w:r>
      <w:r>
        <w:rPr>
          <w:rFonts w:hint="eastAsia"/>
          <w:b/>
          <w:bCs/>
          <w:lang w:eastAsia="ja-JP"/>
        </w:rPr>
        <w:t>5</w:t>
      </w:r>
      <w:r>
        <w:rPr>
          <w:rFonts w:hint="eastAsia"/>
          <w:b/>
          <w:bCs/>
          <w:lang w:eastAsia="ja-JP"/>
        </w:rPr>
        <w:t>条の定めによるものとします。</w:t>
      </w:r>
    </w:p>
    <w:p w14:paraId="328FB9B2" w14:textId="77777777" w:rsidR="00BD497A" w:rsidRDefault="00BD497A" w:rsidP="00BD497A">
      <w:pPr>
        <w:rPr>
          <w:b/>
          <w:bCs/>
          <w:sz w:val="36"/>
          <w:szCs w:val="36"/>
          <w:lang w:eastAsia="ja-JP"/>
        </w:rPr>
      </w:pPr>
      <w:r>
        <w:rPr>
          <w:rFonts w:hint="eastAsia"/>
          <w:b/>
          <w:bCs/>
          <w:sz w:val="36"/>
          <w:szCs w:val="36"/>
          <w:lang w:eastAsia="ja-JP"/>
        </w:rPr>
        <w:t>第</w:t>
      </w:r>
      <w:r>
        <w:rPr>
          <w:rFonts w:hint="eastAsia"/>
          <w:b/>
          <w:bCs/>
          <w:sz w:val="36"/>
          <w:szCs w:val="36"/>
          <w:lang w:eastAsia="ja-JP"/>
        </w:rPr>
        <w:t>7</w:t>
      </w:r>
      <w:r>
        <w:rPr>
          <w:rFonts w:hint="eastAsia"/>
          <w:b/>
          <w:bCs/>
          <w:sz w:val="36"/>
          <w:szCs w:val="36"/>
          <w:lang w:eastAsia="ja-JP"/>
        </w:rPr>
        <w:t>条（署名による成立）</w:t>
      </w:r>
    </w:p>
    <w:p w14:paraId="4ED3B50F" w14:textId="77777777" w:rsidR="00BD497A" w:rsidRDefault="00BD497A" w:rsidP="00BD497A">
      <w:pPr>
        <w:rPr>
          <w:b/>
          <w:bCs/>
          <w:lang w:eastAsia="ja-JP"/>
        </w:rPr>
      </w:pPr>
      <w:r>
        <w:rPr>
          <w:rFonts w:hint="eastAsia"/>
          <w:b/>
          <w:bCs/>
          <w:lang w:eastAsia="ja-JP"/>
        </w:rPr>
        <w:t>本誓約書は、出店者が自筆により署名した時点で成立するものとします。</w:t>
      </w:r>
    </w:p>
    <w:p w14:paraId="2AD5E0A9" w14:textId="77777777" w:rsidR="00BD497A" w:rsidRDefault="00BD497A" w:rsidP="00BD497A">
      <w:pPr>
        <w:rPr>
          <w:b/>
          <w:bCs/>
          <w:lang w:eastAsia="ja-JP"/>
        </w:rPr>
      </w:pPr>
    </w:p>
    <w:p w14:paraId="6A186F8F" w14:textId="77777777" w:rsidR="00BD497A" w:rsidRDefault="00BD497A" w:rsidP="00BD497A">
      <w:pPr>
        <w:rPr>
          <w:b/>
          <w:bCs/>
        </w:rPr>
      </w:pPr>
      <w:proofErr w:type="spellStart"/>
      <w:r>
        <w:rPr>
          <w:rFonts w:hint="eastAsia"/>
          <w:b/>
          <w:bCs/>
        </w:rPr>
        <w:t>署名欄</w:t>
      </w:r>
      <w:proofErr w:type="spellEnd"/>
    </w:p>
    <w:p w14:paraId="467CBBAF" w14:textId="77777777" w:rsidR="00BD497A" w:rsidRDefault="00BD497A" w:rsidP="00BD497A">
      <w:pPr>
        <w:rPr>
          <w:b/>
          <w:bCs/>
          <w:lang w:eastAsia="ja-JP"/>
        </w:rPr>
      </w:pPr>
      <w:r>
        <w:rPr>
          <w:rFonts w:hint="eastAsia"/>
          <w:b/>
          <w:bCs/>
          <w:lang w:eastAsia="ja-JP"/>
        </w:rPr>
        <w:t>2026</w:t>
      </w:r>
      <w:r>
        <w:rPr>
          <w:rFonts w:hint="eastAsia"/>
          <w:b/>
          <w:bCs/>
          <w:lang w:eastAsia="ja-JP"/>
        </w:rPr>
        <w:t>年　　　月　　　日</w:t>
      </w:r>
    </w:p>
    <w:p w14:paraId="3A38F048" w14:textId="77777777" w:rsidR="00BD497A" w:rsidRDefault="00BD497A" w:rsidP="00BD497A">
      <w:pPr>
        <w:rPr>
          <w:b/>
          <w:bCs/>
          <w:lang w:eastAsia="ja-JP"/>
        </w:rPr>
      </w:pPr>
      <w:r>
        <w:rPr>
          <w:rFonts w:hint="eastAsia"/>
          <w:b/>
          <w:bCs/>
          <w:lang w:eastAsia="ja-JP"/>
        </w:rPr>
        <w:t>出店者氏名（または代表者名）：　　　　　　　　　　　　　　　　　　　印</w:t>
      </w:r>
    </w:p>
    <w:p w14:paraId="3566CD7A" w14:textId="77777777" w:rsidR="00BD497A" w:rsidRDefault="00BD497A" w:rsidP="00BD497A">
      <w:pPr>
        <w:rPr>
          <w:b/>
          <w:bCs/>
          <w:lang w:eastAsia="zh-CN"/>
        </w:rPr>
      </w:pPr>
      <w:r>
        <w:rPr>
          <w:rFonts w:hint="eastAsia"/>
          <w:b/>
          <w:bCs/>
          <w:lang w:eastAsia="zh-CN"/>
        </w:rPr>
        <w:t>店舗名（屋号）：</w:t>
      </w:r>
    </w:p>
    <w:p w14:paraId="43E59A8F" w14:textId="77777777" w:rsidR="00BD497A" w:rsidRDefault="00BD497A" w:rsidP="00BD497A">
      <w:pPr>
        <w:rPr>
          <w:b/>
          <w:bCs/>
          <w:lang w:eastAsia="zh-CN"/>
        </w:rPr>
      </w:pPr>
      <w:r>
        <w:rPr>
          <w:rFonts w:hint="eastAsia"/>
          <w:b/>
          <w:bCs/>
          <w:lang w:eastAsia="zh-CN"/>
        </w:rPr>
        <w:t>住所：</w:t>
      </w:r>
    </w:p>
    <w:p w14:paraId="5A67469A" w14:textId="77777777" w:rsidR="00BD497A" w:rsidRDefault="00BD497A" w:rsidP="00BD497A">
      <w:pPr>
        <w:rPr>
          <w:b/>
          <w:bCs/>
          <w:lang w:eastAsia="zh-CN"/>
        </w:rPr>
      </w:pPr>
      <w:r>
        <w:rPr>
          <w:rFonts w:hint="eastAsia"/>
          <w:b/>
          <w:bCs/>
          <w:lang w:eastAsia="zh-CN"/>
        </w:rPr>
        <w:t>電話番号：</w:t>
      </w:r>
    </w:p>
    <w:p w14:paraId="637518D7" w14:textId="77777777" w:rsidR="00BD497A" w:rsidRDefault="00BD497A" w:rsidP="00F55744">
      <w:pPr>
        <w:spacing w:after="0"/>
        <w:rPr>
          <w:rFonts w:asciiTheme="minorHAnsi" w:hAnsiTheme="minorHAnsi"/>
          <w:sz w:val="20"/>
          <w:szCs w:val="20"/>
          <w:lang w:eastAsia="zh-CN"/>
        </w:rPr>
      </w:pPr>
    </w:p>
    <w:p w14:paraId="024B3923" w14:textId="77777777" w:rsidR="003760C2" w:rsidRDefault="003760C2" w:rsidP="00F55744">
      <w:pPr>
        <w:spacing w:after="0"/>
        <w:rPr>
          <w:rFonts w:asciiTheme="minorHAnsi" w:hAnsiTheme="minorHAnsi"/>
          <w:sz w:val="20"/>
          <w:szCs w:val="20"/>
          <w:lang w:eastAsia="zh-CN"/>
        </w:rPr>
      </w:pPr>
    </w:p>
    <w:p w14:paraId="7A1C7847" w14:textId="77777777" w:rsidR="003760C2" w:rsidRDefault="003760C2" w:rsidP="00F55744">
      <w:pPr>
        <w:spacing w:after="0"/>
        <w:rPr>
          <w:rFonts w:asciiTheme="minorHAnsi" w:hAnsiTheme="minorHAnsi"/>
          <w:sz w:val="20"/>
          <w:szCs w:val="20"/>
          <w:lang w:eastAsia="zh-CN"/>
        </w:rPr>
      </w:pPr>
    </w:p>
    <w:p w14:paraId="62E78C35" w14:textId="77777777" w:rsidR="003760C2" w:rsidRDefault="003760C2" w:rsidP="00F55744">
      <w:pPr>
        <w:spacing w:after="0"/>
        <w:rPr>
          <w:rFonts w:asciiTheme="minorHAnsi" w:hAnsiTheme="minorHAnsi"/>
          <w:sz w:val="20"/>
          <w:szCs w:val="20"/>
          <w:lang w:eastAsia="zh-CN"/>
        </w:rPr>
      </w:pPr>
    </w:p>
    <w:p w14:paraId="15F1B501" w14:textId="77777777" w:rsidR="003760C2" w:rsidRDefault="003760C2" w:rsidP="00F55744">
      <w:pPr>
        <w:spacing w:after="0"/>
        <w:rPr>
          <w:rFonts w:asciiTheme="minorHAnsi" w:hAnsiTheme="minorHAnsi"/>
          <w:sz w:val="20"/>
          <w:szCs w:val="20"/>
          <w:lang w:eastAsia="zh-CN"/>
        </w:rPr>
      </w:pPr>
    </w:p>
    <w:p w14:paraId="134A2FAE" w14:textId="77777777" w:rsidR="003760C2" w:rsidRDefault="003760C2" w:rsidP="00F55744">
      <w:pPr>
        <w:spacing w:after="0"/>
        <w:rPr>
          <w:rFonts w:asciiTheme="minorHAnsi" w:hAnsiTheme="minorHAnsi"/>
          <w:sz w:val="20"/>
          <w:szCs w:val="20"/>
          <w:lang w:eastAsia="zh-CN"/>
        </w:rPr>
      </w:pPr>
    </w:p>
    <w:p w14:paraId="36A3EED0" w14:textId="77777777" w:rsidR="003760C2" w:rsidRDefault="003760C2" w:rsidP="00F55744">
      <w:pPr>
        <w:spacing w:after="0"/>
        <w:rPr>
          <w:rFonts w:asciiTheme="minorHAnsi" w:hAnsiTheme="minorHAnsi"/>
          <w:sz w:val="20"/>
          <w:szCs w:val="20"/>
          <w:lang w:eastAsia="zh-CN"/>
        </w:rPr>
      </w:pPr>
    </w:p>
    <w:p w14:paraId="038BA15A" w14:textId="77777777" w:rsidR="003760C2" w:rsidRDefault="003760C2" w:rsidP="00F55744">
      <w:pPr>
        <w:spacing w:after="0"/>
        <w:rPr>
          <w:rFonts w:asciiTheme="minorHAnsi" w:hAnsiTheme="minorHAnsi"/>
          <w:sz w:val="20"/>
          <w:szCs w:val="20"/>
          <w:lang w:eastAsia="zh-CN"/>
        </w:rPr>
      </w:pPr>
    </w:p>
    <w:p w14:paraId="52B9D3BA" w14:textId="77777777" w:rsidR="003760C2" w:rsidRDefault="003760C2" w:rsidP="00F55744">
      <w:pPr>
        <w:spacing w:after="0"/>
        <w:rPr>
          <w:rFonts w:asciiTheme="minorHAnsi" w:hAnsiTheme="minorHAnsi"/>
          <w:sz w:val="20"/>
          <w:szCs w:val="20"/>
          <w:lang w:eastAsia="zh-CN"/>
        </w:rPr>
      </w:pPr>
    </w:p>
    <w:p w14:paraId="1702A2B2" w14:textId="77777777" w:rsidR="003760C2" w:rsidRDefault="003760C2" w:rsidP="00F55744">
      <w:pPr>
        <w:spacing w:after="0"/>
        <w:rPr>
          <w:rFonts w:asciiTheme="minorHAnsi" w:hAnsiTheme="minorHAnsi"/>
          <w:sz w:val="20"/>
          <w:szCs w:val="20"/>
          <w:lang w:eastAsia="zh-CN"/>
        </w:rPr>
      </w:pPr>
    </w:p>
    <w:p w14:paraId="359B1717" w14:textId="77777777" w:rsidR="003760C2" w:rsidRDefault="003760C2" w:rsidP="00F55744">
      <w:pPr>
        <w:spacing w:after="0"/>
        <w:rPr>
          <w:rFonts w:asciiTheme="minorHAnsi" w:hAnsiTheme="minorHAnsi"/>
          <w:sz w:val="20"/>
          <w:szCs w:val="20"/>
          <w:lang w:eastAsia="zh-CN"/>
        </w:rPr>
      </w:pPr>
    </w:p>
    <w:p w14:paraId="1986CC2B" w14:textId="77777777" w:rsidR="003760C2" w:rsidRDefault="003760C2" w:rsidP="00F55744">
      <w:pPr>
        <w:spacing w:after="0"/>
        <w:rPr>
          <w:rFonts w:asciiTheme="minorHAnsi" w:hAnsiTheme="minorHAnsi"/>
          <w:sz w:val="20"/>
          <w:szCs w:val="20"/>
          <w:lang w:eastAsia="zh-CN"/>
        </w:rPr>
      </w:pPr>
    </w:p>
    <w:p w14:paraId="32928A70" w14:textId="21DBCB0B" w:rsidR="00B413B4" w:rsidRPr="00B413B4" w:rsidRDefault="00B413B4" w:rsidP="00B413B4">
      <w:pPr>
        <w:spacing w:after="0"/>
        <w:jc w:val="center"/>
        <w:rPr>
          <w:rFonts w:asciiTheme="minorHAnsi" w:hAnsiTheme="minorHAnsi"/>
          <w:b/>
          <w:bCs/>
          <w:sz w:val="24"/>
          <w:szCs w:val="24"/>
          <w:lang w:eastAsia="zh-CN"/>
        </w:rPr>
      </w:pPr>
      <w:r w:rsidRPr="00B413B4">
        <w:rPr>
          <w:rFonts w:asciiTheme="minorHAnsi" w:hAnsiTheme="minorHAnsi" w:hint="eastAsia"/>
          <w:b/>
          <w:bCs/>
          <w:sz w:val="24"/>
          <w:szCs w:val="24"/>
          <w:lang w:eastAsia="zh-CN"/>
        </w:rPr>
        <w:lastRenderedPageBreak/>
        <w:t>持込機材</w:t>
      </w:r>
      <w:r w:rsidRPr="00B413B4">
        <w:rPr>
          <w:rFonts w:asciiTheme="minorHAnsi" w:hAnsiTheme="minorHAnsi"/>
          <w:b/>
          <w:bCs/>
          <w:sz w:val="24"/>
          <w:szCs w:val="24"/>
          <w:lang w:eastAsia="zh-CN"/>
        </w:rPr>
        <w:t xml:space="preserve"> </w:t>
      </w:r>
      <w:r w:rsidRPr="00B413B4">
        <w:rPr>
          <w:rFonts w:asciiTheme="minorHAnsi" w:hAnsiTheme="minorHAnsi"/>
          <w:b/>
          <w:bCs/>
          <w:sz w:val="24"/>
          <w:szCs w:val="24"/>
          <w:lang w:eastAsia="zh-CN"/>
        </w:rPr>
        <w:t>一覧表</w:t>
      </w:r>
    </w:p>
    <w:p w14:paraId="754B48B6" w14:textId="74F99A9C" w:rsidR="00E04F49" w:rsidRPr="00D6027E" w:rsidRDefault="00B413B4" w:rsidP="00B413B4">
      <w:pPr>
        <w:spacing w:after="0"/>
        <w:rPr>
          <w:rFonts w:asciiTheme="minorHAnsi" w:hAnsiTheme="minorHAnsi"/>
          <w:sz w:val="18"/>
          <w:szCs w:val="18"/>
          <w:lang w:eastAsia="ja-JP"/>
        </w:rPr>
      </w:pPr>
      <w:r w:rsidRPr="00D6027E">
        <w:rPr>
          <w:rFonts w:asciiTheme="minorHAnsi" w:hAnsiTheme="minorHAnsi" w:hint="eastAsia"/>
          <w:sz w:val="18"/>
          <w:szCs w:val="18"/>
          <w:lang w:eastAsia="ja-JP"/>
        </w:rPr>
        <w:t>当日使用する機材全てご記入をお願いします。記載のない機材は当日使用</w:t>
      </w:r>
      <w:r w:rsidR="005C6661">
        <w:rPr>
          <w:rFonts w:asciiTheme="minorHAnsi" w:hAnsiTheme="minorHAnsi" w:hint="eastAsia"/>
          <w:sz w:val="18"/>
          <w:szCs w:val="18"/>
          <w:lang w:eastAsia="ja-JP"/>
        </w:rPr>
        <w:t>出来ません</w:t>
      </w:r>
      <w:r w:rsidRPr="00D6027E">
        <w:rPr>
          <w:rFonts w:asciiTheme="minorHAnsi" w:hAnsiTheme="minorHAnsi" w:hint="eastAsia"/>
          <w:sz w:val="18"/>
          <w:szCs w:val="18"/>
          <w:lang w:eastAsia="ja-JP"/>
        </w:rPr>
        <w:t>。</w:t>
      </w:r>
      <w:r w:rsidR="006C47CD" w:rsidRPr="00D6027E">
        <w:rPr>
          <w:rFonts w:asciiTheme="minorHAnsi" w:hAnsiTheme="minorHAnsi" w:hint="eastAsia"/>
          <w:sz w:val="18"/>
          <w:szCs w:val="18"/>
          <w:lang w:eastAsia="ja-JP"/>
        </w:rPr>
        <w:t>また、対象火器</w:t>
      </w:r>
      <w:r w:rsidR="00D967A9" w:rsidRPr="00D6027E">
        <w:rPr>
          <w:rFonts w:asciiTheme="minorHAnsi" w:hAnsiTheme="minorHAnsi" w:hint="eastAsia"/>
          <w:sz w:val="18"/>
          <w:szCs w:val="18"/>
          <w:lang w:eastAsia="ja-JP"/>
        </w:rPr>
        <w:t>等を使用する出店者は主催者が指定する</w:t>
      </w:r>
      <w:r w:rsidR="008926ED" w:rsidRPr="00D6027E">
        <w:rPr>
          <w:rFonts w:asciiTheme="minorHAnsi" w:hAnsiTheme="minorHAnsi" w:hint="eastAsia"/>
          <w:sz w:val="18"/>
          <w:szCs w:val="18"/>
          <w:lang w:eastAsia="ja-JP"/>
        </w:rPr>
        <w:t>消火器を</w:t>
      </w:r>
      <w:r w:rsidR="00D967A9" w:rsidRPr="00D6027E">
        <w:rPr>
          <w:rFonts w:asciiTheme="minorHAnsi" w:hAnsiTheme="minorHAnsi" w:hint="eastAsia"/>
          <w:sz w:val="18"/>
          <w:szCs w:val="18"/>
          <w:lang w:eastAsia="ja-JP"/>
        </w:rPr>
        <w:t>各自準備すること</w:t>
      </w:r>
      <w:r w:rsidR="008926ED" w:rsidRPr="00D6027E">
        <w:rPr>
          <w:rFonts w:asciiTheme="minorHAnsi" w:hAnsiTheme="minorHAnsi" w:hint="eastAsia"/>
          <w:sz w:val="18"/>
          <w:szCs w:val="18"/>
          <w:lang w:eastAsia="ja-JP"/>
        </w:rPr>
        <w:t>。</w:t>
      </w:r>
      <w:r w:rsidR="000659D5" w:rsidRPr="00D6027E">
        <w:rPr>
          <w:rFonts w:asciiTheme="minorHAnsi" w:hAnsiTheme="minorHAnsi" w:hint="eastAsia"/>
          <w:sz w:val="18"/>
          <w:szCs w:val="18"/>
          <w:lang w:eastAsia="ja-JP"/>
        </w:rPr>
        <w:t>詳細は別紙「消防設備の届け出書」</w:t>
      </w:r>
      <w:r w:rsidR="003F45BA">
        <w:rPr>
          <w:rFonts w:asciiTheme="minorHAnsi" w:hAnsiTheme="minorHAnsi" w:hint="eastAsia"/>
          <w:sz w:val="18"/>
          <w:szCs w:val="18"/>
          <w:lang w:eastAsia="ja-JP"/>
        </w:rPr>
        <w:t>を</w:t>
      </w:r>
      <w:r w:rsidR="005C6661">
        <w:rPr>
          <w:rFonts w:asciiTheme="minorHAnsi" w:hAnsiTheme="minorHAnsi" w:hint="eastAsia"/>
          <w:sz w:val="18"/>
          <w:szCs w:val="18"/>
          <w:lang w:eastAsia="ja-JP"/>
        </w:rPr>
        <w:t>参照</w:t>
      </w:r>
    </w:p>
    <w:tbl>
      <w:tblPr>
        <w:tblW w:w="9500" w:type="dxa"/>
        <w:tblInd w:w="109" w:type="dxa"/>
        <w:tblCellMar>
          <w:left w:w="99" w:type="dxa"/>
          <w:right w:w="99" w:type="dxa"/>
        </w:tblCellMar>
        <w:tblLook w:val="04A0" w:firstRow="1" w:lastRow="0" w:firstColumn="1" w:lastColumn="0" w:noHBand="0" w:noVBand="1"/>
      </w:tblPr>
      <w:tblGrid>
        <w:gridCol w:w="746"/>
        <w:gridCol w:w="1296"/>
        <w:gridCol w:w="1434"/>
        <w:gridCol w:w="2158"/>
        <w:gridCol w:w="1022"/>
        <w:gridCol w:w="1422"/>
        <w:gridCol w:w="1422"/>
      </w:tblGrid>
      <w:tr w:rsidR="006C4948" w:rsidRPr="006C4948" w14:paraId="3A3407FD" w14:textId="77777777" w:rsidTr="008C0BEF">
        <w:trPr>
          <w:trHeight w:val="576"/>
        </w:trPr>
        <w:tc>
          <w:tcPr>
            <w:tcW w:w="746" w:type="dxa"/>
            <w:vMerge w:val="restart"/>
            <w:tcBorders>
              <w:top w:val="single" w:sz="8" w:space="0" w:color="auto"/>
              <w:left w:val="single" w:sz="8" w:space="0" w:color="auto"/>
              <w:bottom w:val="single" w:sz="8" w:space="0" w:color="000000"/>
              <w:right w:val="single" w:sz="8" w:space="0" w:color="auto"/>
            </w:tcBorders>
            <w:shd w:val="clear" w:color="000000" w:fill="D9D9D9"/>
            <w:noWrap/>
            <w:textDirection w:val="tbRlV"/>
            <w:vAlign w:val="center"/>
            <w:hideMark/>
          </w:tcPr>
          <w:p w14:paraId="62226196" w14:textId="77777777" w:rsidR="006C4948" w:rsidRPr="006C4948" w:rsidRDefault="006C4948"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記入例</w:t>
            </w:r>
          </w:p>
        </w:tc>
        <w:tc>
          <w:tcPr>
            <w:tcW w:w="1296" w:type="dxa"/>
            <w:tcBorders>
              <w:top w:val="single" w:sz="8" w:space="0" w:color="auto"/>
              <w:left w:val="nil"/>
              <w:bottom w:val="single" w:sz="4" w:space="0" w:color="auto"/>
              <w:right w:val="single" w:sz="4" w:space="0" w:color="auto"/>
            </w:tcBorders>
            <w:shd w:val="clear" w:color="000000" w:fill="D9D9D9"/>
            <w:vAlign w:val="center"/>
            <w:hideMark/>
          </w:tcPr>
          <w:p w14:paraId="5C06924E" w14:textId="77777777" w:rsidR="006C4948" w:rsidRPr="006C4948" w:rsidRDefault="006C4948" w:rsidP="006C4948">
            <w:pPr>
              <w:spacing w:after="0" w:line="240" w:lineRule="auto"/>
              <w:jc w:val="center"/>
              <w:rPr>
                <w:rFonts w:ascii="Yu Gothic" w:eastAsia="Yu Gothic" w:hAnsi="Yu Gothic" w:cs="ＭＳ Ｐゴシック"/>
                <w:b/>
                <w:bCs/>
                <w:color w:val="000000"/>
                <w:sz w:val="18"/>
                <w:szCs w:val="18"/>
                <w:lang w:eastAsia="ja-JP"/>
              </w:rPr>
            </w:pPr>
            <w:r w:rsidRPr="006C4948">
              <w:rPr>
                <w:rFonts w:ascii="Yu Gothic" w:eastAsia="Yu Gothic" w:hAnsi="Yu Gothic" w:cs="ＭＳ Ｐゴシック" w:hint="eastAsia"/>
                <w:b/>
                <w:bCs/>
                <w:color w:val="000000"/>
                <w:sz w:val="18"/>
                <w:szCs w:val="18"/>
                <w:lang w:eastAsia="ja-JP"/>
              </w:rPr>
              <w:t>電気使用有・無</w:t>
            </w:r>
          </w:p>
        </w:tc>
        <w:tc>
          <w:tcPr>
            <w:tcW w:w="1434" w:type="dxa"/>
            <w:tcBorders>
              <w:top w:val="single" w:sz="8" w:space="0" w:color="auto"/>
              <w:left w:val="nil"/>
              <w:bottom w:val="single" w:sz="4" w:space="0" w:color="auto"/>
              <w:right w:val="single" w:sz="4" w:space="0" w:color="auto"/>
            </w:tcBorders>
            <w:shd w:val="clear" w:color="000000" w:fill="D9D9D9"/>
            <w:vAlign w:val="center"/>
            <w:hideMark/>
          </w:tcPr>
          <w:p w14:paraId="032799E0" w14:textId="77777777" w:rsidR="006C4948" w:rsidRPr="006C4948" w:rsidRDefault="006C4948" w:rsidP="006C4948">
            <w:pPr>
              <w:spacing w:after="0" w:line="240" w:lineRule="auto"/>
              <w:jc w:val="center"/>
              <w:rPr>
                <w:rFonts w:ascii="Yu Gothic" w:eastAsia="Yu Gothic" w:hAnsi="Yu Gothic" w:cs="ＭＳ Ｐゴシック"/>
                <w:b/>
                <w:bCs/>
                <w:color w:val="000000"/>
                <w:sz w:val="18"/>
                <w:szCs w:val="18"/>
                <w:lang w:eastAsia="ja-JP"/>
              </w:rPr>
            </w:pPr>
            <w:r w:rsidRPr="006C4948">
              <w:rPr>
                <w:rFonts w:ascii="Yu Gothic" w:eastAsia="Yu Gothic" w:hAnsi="Yu Gothic" w:cs="ＭＳ Ｐゴシック" w:hint="eastAsia"/>
                <w:b/>
                <w:bCs/>
                <w:color w:val="000000"/>
                <w:sz w:val="18"/>
                <w:szCs w:val="18"/>
                <w:lang w:eastAsia="ja-JP"/>
              </w:rPr>
              <w:t>提供食品名</w:t>
            </w:r>
          </w:p>
        </w:tc>
        <w:tc>
          <w:tcPr>
            <w:tcW w:w="2158" w:type="dxa"/>
            <w:tcBorders>
              <w:top w:val="single" w:sz="8" w:space="0" w:color="auto"/>
              <w:left w:val="nil"/>
              <w:bottom w:val="single" w:sz="4" w:space="0" w:color="auto"/>
              <w:right w:val="single" w:sz="4" w:space="0" w:color="auto"/>
            </w:tcBorders>
            <w:shd w:val="clear" w:color="000000" w:fill="D9D9D9"/>
            <w:vAlign w:val="center"/>
            <w:hideMark/>
          </w:tcPr>
          <w:p w14:paraId="2146CA31" w14:textId="77777777" w:rsidR="006C4948" w:rsidRPr="006C4948" w:rsidRDefault="006C4948" w:rsidP="006C4948">
            <w:pPr>
              <w:spacing w:after="0" w:line="240" w:lineRule="auto"/>
              <w:jc w:val="center"/>
              <w:rPr>
                <w:rFonts w:ascii="Yu Gothic" w:eastAsia="Yu Gothic" w:hAnsi="Yu Gothic" w:cs="ＭＳ Ｐゴシック"/>
                <w:b/>
                <w:bCs/>
                <w:color w:val="000000"/>
                <w:sz w:val="18"/>
                <w:szCs w:val="18"/>
                <w:lang w:eastAsia="ja-JP"/>
              </w:rPr>
            </w:pPr>
            <w:r w:rsidRPr="006C4948">
              <w:rPr>
                <w:rFonts w:ascii="Yu Gothic" w:eastAsia="Yu Gothic" w:hAnsi="Yu Gothic" w:cs="ＭＳ Ｐゴシック" w:hint="eastAsia"/>
                <w:b/>
                <w:bCs/>
                <w:color w:val="000000"/>
                <w:sz w:val="18"/>
                <w:szCs w:val="18"/>
                <w:lang w:eastAsia="ja-JP"/>
              </w:rPr>
              <w:t>機材名</w:t>
            </w:r>
          </w:p>
        </w:tc>
        <w:tc>
          <w:tcPr>
            <w:tcW w:w="1022" w:type="dxa"/>
            <w:tcBorders>
              <w:top w:val="single" w:sz="8" w:space="0" w:color="auto"/>
              <w:left w:val="nil"/>
              <w:bottom w:val="single" w:sz="4" w:space="0" w:color="auto"/>
              <w:right w:val="single" w:sz="4" w:space="0" w:color="auto"/>
            </w:tcBorders>
            <w:shd w:val="clear" w:color="000000" w:fill="D9D9D9"/>
            <w:vAlign w:val="center"/>
            <w:hideMark/>
          </w:tcPr>
          <w:p w14:paraId="33C78CE6" w14:textId="77777777" w:rsidR="006C4948" w:rsidRPr="006C4948" w:rsidRDefault="006C4948" w:rsidP="006C4948">
            <w:pPr>
              <w:spacing w:after="0" w:line="240" w:lineRule="auto"/>
              <w:jc w:val="center"/>
              <w:rPr>
                <w:rFonts w:ascii="Yu Gothic" w:eastAsia="Yu Gothic" w:hAnsi="Yu Gothic" w:cs="ＭＳ Ｐゴシック"/>
                <w:b/>
                <w:bCs/>
                <w:color w:val="000000"/>
                <w:sz w:val="18"/>
                <w:szCs w:val="18"/>
                <w:lang w:eastAsia="ja-JP"/>
              </w:rPr>
            </w:pPr>
            <w:r w:rsidRPr="006C4948">
              <w:rPr>
                <w:rFonts w:ascii="Yu Gothic" w:eastAsia="Yu Gothic" w:hAnsi="Yu Gothic" w:cs="ＭＳ Ｐゴシック" w:hint="eastAsia"/>
                <w:b/>
                <w:bCs/>
                <w:color w:val="000000"/>
                <w:sz w:val="18"/>
                <w:szCs w:val="18"/>
                <w:lang w:eastAsia="ja-JP"/>
              </w:rPr>
              <w:t>台数</w:t>
            </w:r>
          </w:p>
        </w:tc>
        <w:tc>
          <w:tcPr>
            <w:tcW w:w="1422" w:type="dxa"/>
            <w:tcBorders>
              <w:top w:val="single" w:sz="8" w:space="0" w:color="auto"/>
              <w:left w:val="nil"/>
              <w:bottom w:val="single" w:sz="4" w:space="0" w:color="auto"/>
              <w:right w:val="single" w:sz="4" w:space="0" w:color="auto"/>
            </w:tcBorders>
            <w:shd w:val="clear" w:color="000000" w:fill="D9D9D9"/>
            <w:vAlign w:val="center"/>
            <w:hideMark/>
          </w:tcPr>
          <w:p w14:paraId="09752EE5" w14:textId="77777777" w:rsidR="006C4948" w:rsidRPr="006C4948" w:rsidRDefault="006C4948" w:rsidP="006C4948">
            <w:pPr>
              <w:spacing w:after="0" w:line="240" w:lineRule="auto"/>
              <w:jc w:val="center"/>
              <w:rPr>
                <w:rFonts w:ascii="Yu Gothic" w:eastAsia="Yu Gothic" w:hAnsi="Yu Gothic" w:cs="ＭＳ Ｐゴシック"/>
                <w:b/>
                <w:bCs/>
                <w:color w:val="000000"/>
                <w:sz w:val="18"/>
                <w:szCs w:val="18"/>
                <w:lang w:eastAsia="ja-JP"/>
              </w:rPr>
            </w:pPr>
            <w:r w:rsidRPr="006C4948">
              <w:rPr>
                <w:rFonts w:ascii="Yu Gothic" w:eastAsia="Yu Gothic" w:hAnsi="Yu Gothic" w:cs="ＭＳ Ｐゴシック" w:hint="eastAsia"/>
                <w:b/>
                <w:bCs/>
                <w:color w:val="000000"/>
                <w:sz w:val="18"/>
                <w:szCs w:val="18"/>
                <w:lang w:eastAsia="ja-JP"/>
              </w:rPr>
              <w:t>容量・規格</w:t>
            </w:r>
          </w:p>
        </w:tc>
        <w:tc>
          <w:tcPr>
            <w:tcW w:w="1422" w:type="dxa"/>
            <w:tcBorders>
              <w:top w:val="single" w:sz="8" w:space="0" w:color="auto"/>
              <w:left w:val="nil"/>
              <w:bottom w:val="single" w:sz="4" w:space="0" w:color="auto"/>
              <w:right w:val="single" w:sz="8" w:space="0" w:color="auto"/>
            </w:tcBorders>
            <w:shd w:val="clear" w:color="000000" w:fill="D9D9D9"/>
            <w:vAlign w:val="center"/>
            <w:hideMark/>
          </w:tcPr>
          <w:p w14:paraId="6F94CAC6" w14:textId="77777777" w:rsidR="006C4948" w:rsidRPr="006C4948" w:rsidRDefault="006C4948" w:rsidP="006C4948">
            <w:pPr>
              <w:spacing w:after="0" w:line="240" w:lineRule="auto"/>
              <w:jc w:val="center"/>
              <w:rPr>
                <w:rFonts w:ascii="Yu Gothic" w:eastAsia="Yu Gothic" w:hAnsi="Yu Gothic" w:cs="ＭＳ Ｐゴシック"/>
                <w:b/>
                <w:bCs/>
                <w:color w:val="000000"/>
                <w:sz w:val="18"/>
                <w:szCs w:val="18"/>
                <w:lang w:eastAsia="ja-JP"/>
              </w:rPr>
            </w:pPr>
            <w:r w:rsidRPr="006C4948">
              <w:rPr>
                <w:rFonts w:ascii="Yu Gothic" w:eastAsia="Yu Gothic" w:hAnsi="Yu Gothic" w:cs="ＭＳ Ｐゴシック" w:hint="eastAsia"/>
                <w:b/>
                <w:bCs/>
                <w:color w:val="000000"/>
                <w:sz w:val="18"/>
                <w:szCs w:val="18"/>
                <w:lang w:eastAsia="ja-JP"/>
              </w:rPr>
              <w:t>定格(最大)</w:t>
            </w:r>
            <w:r w:rsidRPr="006C4948">
              <w:rPr>
                <w:rFonts w:ascii="Yu Gothic" w:eastAsia="Yu Gothic" w:hAnsi="Yu Gothic" w:cs="ＭＳ Ｐゴシック" w:hint="eastAsia"/>
                <w:b/>
                <w:bCs/>
                <w:color w:val="000000"/>
                <w:sz w:val="18"/>
                <w:szCs w:val="18"/>
                <w:lang w:eastAsia="ja-JP"/>
              </w:rPr>
              <w:br/>
              <w:t>消費電力</w:t>
            </w:r>
          </w:p>
        </w:tc>
      </w:tr>
      <w:tr w:rsidR="006C4948" w:rsidRPr="006C4948" w14:paraId="33AE2450" w14:textId="77777777" w:rsidTr="008C0BEF">
        <w:trPr>
          <w:trHeight w:val="300"/>
        </w:trPr>
        <w:tc>
          <w:tcPr>
            <w:tcW w:w="746" w:type="dxa"/>
            <w:vMerge/>
            <w:tcBorders>
              <w:top w:val="single" w:sz="8" w:space="0" w:color="auto"/>
              <w:left w:val="single" w:sz="8" w:space="0" w:color="auto"/>
              <w:bottom w:val="single" w:sz="8" w:space="0" w:color="000000"/>
              <w:right w:val="single" w:sz="8" w:space="0" w:color="auto"/>
            </w:tcBorders>
            <w:vAlign w:val="center"/>
            <w:hideMark/>
          </w:tcPr>
          <w:p w14:paraId="79234AB3" w14:textId="77777777" w:rsidR="006C4948" w:rsidRPr="006C4948" w:rsidRDefault="006C4948" w:rsidP="006C4948">
            <w:pPr>
              <w:spacing w:after="0" w:line="240" w:lineRule="auto"/>
              <w:rPr>
                <w:rFonts w:ascii="Yu Gothic" w:eastAsia="Yu Gothic" w:hAnsi="Yu Gothic" w:cs="ＭＳ Ｐゴシック"/>
                <w:color w:val="000000"/>
                <w:sz w:val="22"/>
                <w:lang w:eastAsia="ja-JP"/>
              </w:rPr>
            </w:pPr>
          </w:p>
        </w:tc>
        <w:tc>
          <w:tcPr>
            <w:tcW w:w="1296" w:type="dxa"/>
            <w:vMerge w:val="restart"/>
            <w:tcBorders>
              <w:top w:val="nil"/>
              <w:left w:val="nil"/>
              <w:bottom w:val="single" w:sz="4" w:space="0" w:color="000000"/>
              <w:right w:val="nil"/>
            </w:tcBorders>
            <w:noWrap/>
            <w:vAlign w:val="center"/>
            <w:hideMark/>
          </w:tcPr>
          <w:p w14:paraId="59F5B467" w14:textId="2A9D6DFF" w:rsidR="006C4948" w:rsidRPr="006C4948" w:rsidRDefault="006C4948" w:rsidP="006C4948">
            <w:pPr>
              <w:spacing w:after="0" w:line="240" w:lineRule="auto"/>
              <w:rPr>
                <w:rFonts w:ascii="Yu Gothic" w:eastAsia="Yu Gothic" w:hAnsi="Yu Gothic" w:cs="ＭＳ Ｐゴシック"/>
                <w:color w:val="000000"/>
                <w:sz w:val="22"/>
                <w:lang w:eastAsia="ja-JP"/>
              </w:rPr>
            </w:pPr>
          </w:p>
          <w:tbl>
            <w:tblPr>
              <w:tblW w:w="0" w:type="auto"/>
              <w:tblCellSpacing w:w="0" w:type="dxa"/>
              <w:tblCellMar>
                <w:left w:w="0" w:type="dxa"/>
                <w:right w:w="0" w:type="dxa"/>
              </w:tblCellMar>
              <w:tblLook w:val="04A0" w:firstRow="1" w:lastRow="0" w:firstColumn="1" w:lastColumn="0" w:noHBand="0" w:noVBand="1"/>
            </w:tblPr>
            <w:tblGrid>
              <w:gridCol w:w="1083"/>
            </w:tblGrid>
            <w:tr w:rsidR="006C4948" w:rsidRPr="006C4948" w14:paraId="7F8ADA66" w14:textId="77777777">
              <w:trPr>
                <w:trHeight w:val="671"/>
                <w:tblCellSpacing w:w="0" w:type="dxa"/>
              </w:trPr>
              <w:tc>
                <w:tcPr>
                  <w:tcW w:w="1280" w:type="dxa"/>
                  <w:vMerge w:val="restart"/>
                  <w:tcBorders>
                    <w:top w:val="nil"/>
                    <w:left w:val="single" w:sz="8" w:space="0" w:color="auto"/>
                    <w:bottom w:val="single" w:sz="4" w:space="0" w:color="000000"/>
                    <w:right w:val="single" w:sz="4" w:space="0" w:color="auto"/>
                  </w:tcBorders>
                  <w:shd w:val="clear" w:color="000000" w:fill="D9D9D9"/>
                  <w:vAlign w:val="center"/>
                  <w:hideMark/>
                </w:tcPr>
                <w:p w14:paraId="4216CB87" w14:textId="7491ABDF" w:rsidR="006C4948" w:rsidRPr="006C4948" w:rsidRDefault="008E5B77" w:rsidP="006C4948">
                  <w:pPr>
                    <w:spacing w:after="0" w:line="240" w:lineRule="auto"/>
                    <w:jc w:val="center"/>
                    <w:rPr>
                      <w:rFonts w:ascii="Yu Gothic" w:eastAsia="Yu Gothic" w:hAnsi="Yu Gothic" w:cs="ＭＳ Ｐゴシック"/>
                      <w:color w:val="000000"/>
                      <w:sz w:val="18"/>
                      <w:szCs w:val="18"/>
                      <w:lang w:eastAsia="ja-JP"/>
                    </w:rPr>
                  </w:pPr>
                  <w:r w:rsidRPr="006C4948">
                    <w:rPr>
                      <w:rFonts w:ascii="Yu Gothic" w:eastAsia="Yu Gothic" w:hAnsi="Yu Gothic" w:cs="ＭＳ Ｐゴシック" w:hint="eastAsia"/>
                      <w:noProof/>
                      <w:color w:val="000000"/>
                      <w:sz w:val="22"/>
                      <w:lang w:eastAsia="ja-JP"/>
                    </w:rPr>
                    <mc:AlternateContent>
                      <mc:Choice Requires="wps">
                        <w:drawing>
                          <wp:anchor distT="0" distB="0" distL="114300" distR="114300" simplePos="0" relativeHeight="251659264" behindDoc="0" locked="0" layoutInCell="1" allowOverlap="1" wp14:anchorId="26B2279E" wp14:editId="381B1712">
                            <wp:simplePos x="0" y="0"/>
                            <wp:positionH relativeFrom="column">
                              <wp:posOffset>106680</wp:posOffset>
                            </wp:positionH>
                            <wp:positionV relativeFrom="paragraph">
                              <wp:posOffset>23495</wp:posOffset>
                            </wp:positionV>
                            <wp:extent cx="198120" cy="137160"/>
                            <wp:effectExtent l="0" t="0" r="11430" b="15240"/>
                            <wp:wrapNone/>
                            <wp:docPr id="766090930" name="楕円 4">
                              <a:extLst xmlns:a="http://schemas.openxmlformats.org/drawingml/2006/main">
                                <a:ext uri="{FF2B5EF4-FFF2-40B4-BE49-F238E27FC236}">
                                  <a16:creationId xmlns:a16="http://schemas.microsoft.com/office/drawing/2014/main" id="{7705204C-327F-26AF-55E5-25A82C88142D}"/>
                                </a:ext>
                              </a:extLst>
                            </wp:docPr>
                            <wp:cNvGraphicFramePr/>
                            <a:graphic xmlns:a="http://schemas.openxmlformats.org/drawingml/2006/main">
                              <a:graphicData uri="http://schemas.microsoft.com/office/word/2010/wordprocessingShape">
                                <wps:wsp>
                                  <wps:cNvSpPr/>
                                  <wps:spPr>
                                    <a:xfrm>
                                      <a:off x="0" y="0"/>
                                      <a:ext cx="198120" cy="13716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0006727F" id="楕円 4" o:spid="_x0000_s1026" style="position:absolute;margin-left:8.4pt;margin-top:1.85pt;width:15.6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" filled="f" strokecolor="#0a121c [484]" strokeweight="2pt"/>
                        </w:pict>
                      </mc:Fallback>
                    </mc:AlternateContent>
                  </w:r>
                  <w:r w:rsidR="006C4948" w:rsidRPr="006C4948">
                    <w:rPr>
                      <w:rFonts w:ascii="Yu Gothic" w:eastAsia="Yu Gothic" w:hAnsi="Yu Gothic" w:cs="ＭＳ Ｐゴシック" w:hint="eastAsia"/>
                      <w:color w:val="000000"/>
                      <w:sz w:val="18"/>
                      <w:szCs w:val="18"/>
                      <w:lang w:eastAsia="ja-JP"/>
                    </w:rPr>
                    <w:t>有・無</w:t>
                  </w:r>
                </w:p>
              </w:tc>
            </w:tr>
            <w:tr w:rsidR="006C4948" w:rsidRPr="006C4948" w14:paraId="71CEBFE1" w14:textId="77777777">
              <w:trPr>
                <w:trHeight w:val="671"/>
                <w:tblCellSpacing w:w="0" w:type="dxa"/>
              </w:trPr>
              <w:tc>
                <w:tcPr>
                  <w:tcW w:w="0" w:type="auto"/>
                  <w:vMerge/>
                  <w:tcBorders>
                    <w:top w:val="nil"/>
                    <w:left w:val="single" w:sz="8" w:space="0" w:color="auto"/>
                    <w:bottom w:val="single" w:sz="4" w:space="0" w:color="000000"/>
                    <w:right w:val="single" w:sz="4" w:space="0" w:color="auto"/>
                  </w:tcBorders>
                  <w:vAlign w:val="center"/>
                  <w:hideMark/>
                </w:tcPr>
                <w:p w14:paraId="0CE96B87" w14:textId="77777777" w:rsidR="006C4948" w:rsidRPr="006C4948" w:rsidRDefault="006C4948" w:rsidP="006C4948">
                  <w:pPr>
                    <w:spacing w:after="0" w:line="240" w:lineRule="auto"/>
                    <w:rPr>
                      <w:rFonts w:ascii="Yu Gothic" w:eastAsia="Yu Gothic" w:hAnsi="Yu Gothic" w:cs="ＭＳ Ｐゴシック"/>
                      <w:color w:val="000000"/>
                      <w:sz w:val="18"/>
                      <w:szCs w:val="18"/>
                      <w:lang w:eastAsia="ja-JP"/>
                    </w:rPr>
                  </w:pPr>
                </w:p>
              </w:tc>
            </w:tr>
          </w:tbl>
          <w:p w14:paraId="23A41087" w14:textId="77777777" w:rsidR="006C4948" w:rsidRPr="006C4948" w:rsidRDefault="006C4948" w:rsidP="006C4948">
            <w:pPr>
              <w:spacing w:after="0" w:line="240" w:lineRule="auto"/>
              <w:rPr>
                <w:rFonts w:ascii="Yu Gothic" w:eastAsia="Yu Gothic" w:hAnsi="Yu Gothic" w:cs="ＭＳ Ｐゴシック"/>
                <w:color w:val="000000"/>
                <w:sz w:val="22"/>
                <w:lang w:eastAsia="ja-JP"/>
              </w:rPr>
            </w:pPr>
          </w:p>
        </w:tc>
        <w:tc>
          <w:tcPr>
            <w:tcW w:w="1434"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681AD332" w14:textId="77777777" w:rsidR="006C4948" w:rsidRPr="006C4948" w:rsidRDefault="006C4948" w:rsidP="006C4948">
            <w:pPr>
              <w:spacing w:after="0" w:line="240" w:lineRule="auto"/>
              <w:jc w:val="center"/>
              <w:rPr>
                <w:rFonts w:ascii="Yu Gothic" w:eastAsia="Yu Gothic" w:hAnsi="Yu Gothic" w:cs="ＭＳ Ｐゴシック"/>
                <w:color w:val="000000"/>
                <w:sz w:val="18"/>
                <w:szCs w:val="18"/>
                <w:lang w:eastAsia="ja-JP"/>
              </w:rPr>
            </w:pPr>
            <w:r w:rsidRPr="006C4948">
              <w:rPr>
                <w:rFonts w:ascii="Yu Gothic" w:eastAsia="Yu Gothic" w:hAnsi="Yu Gothic" w:cs="ＭＳ Ｐゴシック" w:hint="eastAsia"/>
                <w:color w:val="000000"/>
                <w:sz w:val="18"/>
                <w:szCs w:val="18"/>
                <w:lang w:eastAsia="ja-JP"/>
              </w:rPr>
              <w:t>カレー</w:t>
            </w:r>
          </w:p>
        </w:tc>
        <w:tc>
          <w:tcPr>
            <w:tcW w:w="2158" w:type="dxa"/>
            <w:tcBorders>
              <w:top w:val="nil"/>
              <w:left w:val="nil"/>
              <w:bottom w:val="single" w:sz="4" w:space="0" w:color="auto"/>
              <w:right w:val="single" w:sz="4" w:space="0" w:color="auto"/>
            </w:tcBorders>
            <w:shd w:val="clear" w:color="000000" w:fill="D9D9D9"/>
            <w:vAlign w:val="center"/>
            <w:hideMark/>
          </w:tcPr>
          <w:p w14:paraId="6825224B" w14:textId="77777777" w:rsidR="006C4948" w:rsidRPr="006C4948" w:rsidRDefault="006C4948" w:rsidP="006C4948">
            <w:pPr>
              <w:spacing w:after="0" w:line="240" w:lineRule="auto"/>
              <w:jc w:val="center"/>
              <w:rPr>
                <w:rFonts w:ascii="Yu Gothic" w:eastAsia="Yu Gothic" w:hAnsi="Yu Gothic" w:cs="ＭＳ Ｐゴシック"/>
                <w:color w:val="000000"/>
                <w:sz w:val="18"/>
                <w:szCs w:val="18"/>
                <w:lang w:eastAsia="ja-JP"/>
              </w:rPr>
            </w:pPr>
            <w:r w:rsidRPr="006C4948">
              <w:rPr>
                <w:rFonts w:ascii="Yu Gothic" w:eastAsia="Yu Gothic" w:hAnsi="Yu Gothic" w:cs="ＭＳ Ｐゴシック" w:hint="eastAsia"/>
                <w:color w:val="000000"/>
                <w:sz w:val="18"/>
                <w:szCs w:val="18"/>
                <w:lang w:eastAsia="ja-JP"/>
              </w:rPr>
              <w:t>発電機</w:t>
            </w:r>
          </w:p>
        </w:tc>
        <w:tc>
          <w:tcPr>
            <w:tcW w:w="1022" w:type="dxa"/>
            <w:tcBorders>
              <w:top w:val="nil"/>
              <w:left w:val="nil"/>
              <w:bottom w:val="single" w:sz="4" w:space="0" w:color="auto"/>
              <w:right w:val="single" w:sz="4" w:space="0" w:color="auto"/>
            </w:tcBorders>
            <w:shd w:val="clear" w:color="000000" w:fill="D9D9D9"/>
            <w:vAlign w:val="center"/>
            <w:hideMark/>
          </w:tcPr>
          <w:p w14:paraId="73A17E1F" w14:textId="77777777" w:rsidR="006C4948" w:rsidRPr="006C4948" w:rsidRDefault="006C4948" w:rsidP="006C4948">
            <w:pPr>
              <w:spacing w:after="0" w:line="240" w:lineRule="auto"/>
              <w:jc w:val="center"/>
              <w:rPr>
                <w:rFonts w:ascii="Yu Gothic" w:eastAsia="Yu Gothic" w:hAnsi="Yu Gothic" w:cs="ＭＳ Ｐゴシック"/>
                <w:color w:val="000000"/>
                <w:sz w:val="18"/>
                <w:szCs w:val="18"/>
                <w:lang w:eastAsia="ja-JP"/>
              </w:rPr>
            </w:pPr>
            <w:r w:rsidRPr="006C4948">
              <w:rPr>
                <w:rFonts w:ascii="Yu Gothic" w:eastAsia="Yu Gothic" w:hAnsi="Yu Gothic" w:cs="ＭＳ Ｐゴシック" w:hint="eastAsia"/>
                <w:color w:val="000000"/>
                <w:sz w:val="18"/>
                <w:szCs w:val="18"/>
                <w:lang w:eastAsia="ja-JP"/>
              </w:rPr>
              <w:t>1</w:t>
            </w:r>
          </w:p>
        </w:tc>
        <w:tc>
          <w:tcPr>
            <w:tcW w:w="1422" w:type="dxa"/>
            <w:tcBorders>
              <w:top w:val="nil"/>
              <w:left w:val="nil"/>
              <w:bottom w:val="single" w:sz="4" w:space="0" w:color="auto"/>
              <w:right w:val="single" w:sz="4" w:space="0" w:color="auto"/>
            </w:tcBorders>
            <w:shd w:val="clear" w:color="000000" w:fill="D9D9D9"/>
            <w:vAlign w:val="center"/>
            <w:hideMark/>
          </w:tcPr>
          <w:p w14:paraId="1570542A" w14:textId="77777777" w:rsidR="006C4948" w:rsidRPr="006C4948" w:rsidRDefault="006C4948" w:rsidP="006C4948">
            <w:pPr>
              <w:spacing w:after="0" w:line="240" w:lineRule="auto"/>
              <w:jc w:val="center"/>
              <w:rPr>
                <w:rFonts w:ascii="Yu Gothic" w:eastAsia="Yu Gothic" w:hAnsi="Yu Gothic" w:cs="ＭＳ Ｐゴシック"/>
                <w:color w:val="000000"/>
                <w:sz w:val="18"/>
                <w:szCs w:val="18"/>
                <w:lang w:eastAsia="ja-JP"/>
              </w:rPr>
            </w:pPr>
            <w:r w:rsidRPr="006C4948">
              <w:rPr>
                <w:rFonts w:ascii="Yu Gothic" w:eastAsia="Yu Gothic" w:hAnsi="Yu Gothic" w:cs="ＭＳ Ｐゴシック" w:hint="eastAsia"/>
                <w:color w:val="000000"/>
                <w:sz w:val="18"/>
                <w:szCs w:val="18"/>
                <w:lang w:eastAsia="ja-JP"/>
              </w:rPr>
              <w:t>2.8kW</w:t>
            </w:r>
          </w:p>
        </w:tc>
        <w:tc>
          <w:tcPr>
            <w:tcW w:w="1422" w:type="dxa"/>
            <w:tcBorders>
              <w:top w:val="nil"/>
              <w:left w:val="nil"/>
              <w:bottom w:val="single" w:sz="4" w:space="0" w:color="auto"/>
              <w:right w:val="single" w:sz="8" w:space="0" w:color="auto"/>
            </w:tcBorders>
            <w:shd w:val="clear" w:color="000000" w:fill="D9D9D9"/>
            <w:vAlign w:val="center"/>
            <w:hideMark/>
          </w:tcPr>
          <w:p w14:paraId="11598E20" w14:textId="77777777" w:rsidR="006C4948" w:rsidRPr="006C4948" w:rsidRDefault="006C4948" w:rsidP="006C4948">
            <w:pPr>
              <w:spacing w:after="0" w:line="240" w:lineRule="auto"/>
              <w:jc w:val="center"/>
              <w:rPr>
                <w:rFonts w:ascii="Yu Gothic" w:eastAsia="Yu Gothic" w:hAnsi="Yu Gothic" w:cs="ＭＳ Ｐゴシック"/>
                <w:color w:val="000000"/>
                <w:sz w:val="18"/>
                <w:szCs w:val="18"/>
                <w:lang w:eastAsia="ja-JP"/>
              </w:rPr>
            </w:pPr>
            <w:r w:rsidRPr="006C4948">
              <w:rPr>
                <w:rFonts w:ascii="Yu Gothic" w:eastAsia="Yu Gothic" w:hAnsi="Yu Gothic" w:cs="ＭＳ Ｐゴシック" w:hint="eastAsia"/>
                <w:color w:val="000000"/>
                <w:sz w:val="18"/>
                <w:szCs w:val="18"/>
                <w:lang w:eastAsia="ja-JP"/>
              </w:rPr>
              <w:t>-</w:t>
            </w:r>
          </w:p>
        </w:tc>
      </w:tr>
      <w:tr w:rsidR="006C4948" w:rsidRPr="006C4948" w14:paraId="1E0832D0" w14:textId="77777777" w:rsidTr="008C0BEF">
        <w:trPr>
          <w:trHeight w:val="300"/>
        </w:trPr>
        <w:tc>
          <w:tcPr>
            <w:tcW w:w="746" w:type="dxa"/>
            <w:vMerge/>
            <w:tcBorders>
              <w:top w:val="single" w:sz="8" w:space="0" w:color="auto"/>
              <w:left w:val="single" w:sz="8" w:space="0" w:color="auto"/>
              <w:bottom w:val="single" w:sz="8" w:space="0" w:color="000000"/>
              <w:right w:val="single" w:sz="8" w:space="0" w:color="auto"/>
            </w:tcBorders>
            <w:vAlign w:val="center"/>
            <w:hideMark/>
          </w:tcPr>
          <w:p w14:paraId="3AB3DDDD" w14:textId="77777777" w:rsidR="006C4948" w:rsidRPr="006C4948" w:rsidRDefault="006C4948" w:rsidP="006C4948">
            <w:pPr>
              <w:spacing w:after="0" w:line="240" w:lineRule="auto"/>
              <w:rPr>
                <w:rFonts w:ascii="Yu Gothic" w:eastAsia="Yu Gothic" w:hAnsi="Yu Gothic" w:cs="ＭＳ Ｐゴシック"/>
                <w:color w:val="000000"/>
                <w:sz w:val="22"/>
                <w:lang w:eastAsia="ja-JP"/>
              </w:rPr>
            </w:pPr>
          </w:p>
        </w:tc>
        <w:tc>
          <w:tcPr>
            <w:tcW w:w="1296" w:type="dxa"/>
            <w:vMerge/>
            <w:tcBorders>
              <w:top w:val="nil"/>
              <w:left w:val="nil"/>
              <w:bottom w:val="single" w:sz="4" w:space="0" w:color="000000"/>
              <w:right w:val="nil"/>
            </w:tcBorders>
            <w:vAlign w:val="center"/>
            <w:hideMark/>
          </w:tcPr>
          <w:p w14:paraId="21534818" w14:textId="77777777" w:rsidR="006C4948" w:rsidRPr="006C4948" w:rsidRDefault="006C4948" w:rsidP="006C4948">
            <w:pPr>
              <w:spacing w:after="0" w:line="240" w:lineRule="auto"/>
              <w:rPr>
                <w:rFonts w:ascii="Yu Gothic" w:eastAsia="Yu Gothic" w:hAnsi="Yu Gothic" w:cs="ＭＳ Ｐゴシック"/>
                <w:color w:val="000000"/>
                <w:sz w:val="22"/>
                <w:lang w:eastAsia="ja-JP"/>
              </w:rPr>
            </w:pPr>
          </w:p>
        </w:tc>
        <w:tc>
          <w:tcPr>
            <w:tcW w:w="1434" w:type="dxa"/>
            <w:vMerge/>
            <w:tcBorders>
              <w:top w:val="nil"/>
              <w:left w:val="single" w:sz="4" w:space="0" w:color="auto"/>
              <w:bottom w:val="single" w:sz="4" w:space="0" w:color="000000"/>
              <w:right w:val="single" w:sz="4" w:space="0" w:color="auto"/>
            </w:tcBorders>
            <w:vAlign w:val="center"/>
            <w:hideMark/>
          </w:tcPr>
          <w:p w14:paraId="13018E46" w14:textId="77777777" w:rsidR="006C4948" w:rsidRPr="006C4948" w:rsidRDefault="006C4948" w:rsidP="006C4948">
            <w:pPr>
              <w:spacing w:after="0" w:line="240" w:lineRule="auto"/>
              <w:rPr>
                <w:rFonts w:ascii="Yu Gothic" w:eastAsia="Yu Gothic" w:hAnsi="Yu Gothic" w:cs="ＭＳ Ｐゴシック"/>
                <w:color w:val="000000"/>
                <w:sz w:val="18"/>
                <w:szCs w:val="18"/>
                <w:lang w:eastAsia="ja-JP"/>
              </w:rPr>
            </w:pPr>
          </w:p>
        </w:tc>
        <w:tc>
          <w:tcPr>
            <w:tcW w:w="2158" w:type="dxa"/>
            <w:tcBorders>
              <w:top w:val="nil"/>
              <w:left w:val="nil"/>
              <w:bottom w:val="single" w:sz="4" w:space="0" w:color="auto"/>
              <w:right w:val="single" w:sz="4" w:space="0" w:color="auto"/>
            </w:tcBorders>
            <w:shd w:val="clear" w:color="000000" w:fill="D9D9D9"/>
            <w:noWrap/>
            <w:vAlign w:val="center"/>
            <w:hideMark/>
          </w:tcPr>
          <w:p w14:paraId="3DBBC6D5" w14:textId="77777777" w:rsidR="006C4948" w:rsidRPr="006C4948" w:rsidRDefault="006C4948" w:rsidP="006C4948">
            <w:pPr>
              <w:spacing w:after="0" w:line="240" w:lineRule="auto"/>
              <w:jc w:val="center"/>
              <w:rPr>
                <w:rFonts w:ascii="Yu Gothic" w:eastAsia="Yu Gothic" w:hAnsi="Yu Gothic" w:cs="ＭＳ Ｐゴシック"/>
                <w:color w:val="000000"/>
                <w:sz w:val="18"/>
                <w:szCs w:val="18"/>
                <w:lang w:eastAsia="ja-JP"/>
              </w:rPr>
            </w:pPr>
            <w:r w:rsidRPr="006C4948">
              <w:rPr>
                <w:rFonts w:ascii="Yu Gothic" w:eastAsia="Yu Gothic" w:hAnsi="Yu Gothic" w:cs="ＭＳ Ｐゴシック" w:hint="eastAsia"/>
                <w:color w:val="000000"/>
                <w:sz w:val="18"/>
                <w:szCs w:val="18"/>
                <w:lang w:eastAsia="ja-JP"/>
              </w:rPr>
              <w:t>LPガスボンベ</w:t>
            </w:r>
          </w:p>
        </w:tc>
        <w:tc>
          <w:tcPr>
            <w:tcW w:w="1022" w:type="dxa"/>
            <w:tcBorders>
              <w:top w:val="nil"/>
              <w:left w:val="nil"/>
              <w:bottom w:val="single" w:sz="4" w:space="0" w:color="auto"/>
              <w:right w:val="single" w:sz="4" w:space="0" w:color="auto"/>
            </w:tcBorders>
            <w:shd w:val="clear" w:color="000000" w:fill="D9D9D9"/>
            <w:noWrap/>
            <w:vAlign w:val="center"/>
            <w:hideMark/>
          </w:tcPr>
          <w:p w14:paraId="67C7A415" w14:textId="77777777" w:rsidR="006C4948" w:rsidRPr="006C4948" w:rsidRDefault="006C4948" w:rsidP="006C4948">
            <w:pPr>
              <w:spacing w:after="0" w:line="240" w:lineRule="auto"/>
              <w:jc w:val="center"/>
              <w:rPr>
                <w:rFonts w:ascii="Yu Gothic" w:eastAsia="Yu Gothic" w:hAnsi="Yu Gothic" w:cs="ＭＳ Ｐゴシック"/>
                <w:color w:val="000000"/>
                <w:sz w:val="18"/>
                <w:szCs w:val="18"/>
                <w:lang w:eastAsia="ja-JP"/>
              </w:rPr>
            </w:pPr>
            <w:r w:rsidRPr="006C4948">
              <w:rPr>
                <w:rFonts w:ascii="Yu Gothic" w:eastAsia="Yu Gothic" w:hAnsi="Yu Gothic" w:cs="ＭＳ Ｐゴシック" w:hint="eastAsia"/>
                <w:color w:val="000000"/>
                <w:sz w:val="18"/>
                <w:szCs w:val="18"/>
                <w:lang w:eastAsia="ja-JP"/>
              </w:rPr>
              <w:t>2</w:t>
            </w:r>
          </w:p>
        </w:tc>
        <w:tc>
          <w:tcPr>
            <w:tcW w:w="1422" w:type="dxa"/>
            <w:tcBorders>
              <w:top w:val="nil"/>
              <w:left w:val="nil"/>
              <w:bottom w:val="single" w:sz="4" w:space="0" w:color="auto"/>
              <w:right w:val="single" w:sz="4" w:space="0" w:color="auto"/>
            </w:tcBorders>
            <w:shd w:val="clear" w:color="000000" w:fill="D9D9D9"/>
            <w:noWrap/>
            <w:vAlign w:val="center"/>
            <w:hideMark/>
          </w:tcPr>
          <w:p w14:paraId="70EE9723" w14:textId="77777777" w:rsidR="006C4948" w:rsidRPr="006C4948" w:rsidRDefault="006C4948" w:rsidP="006C4948">
            <w:pPr>
              <w:spacing w:after="0" w:line="240" w:lineRule="auto"/>
              <w:jc w:val="center"/>
              <w:rPr>
                <w:rFonts w:ascii="Yu Gothic" w:eastAsia="Yu Gothic" w:hAnsi="Yu Gothic" w:cs="ＭＳ Ｐゴシック"/>
                <w:color w:val="000000"/>
                <w:sz w:val="18"/>
                <w:szCs w:val="18"/>
                <w:lang w:eastAsia="ja-JP"/>
              </w:rPr>
            </w:pPr>
            <w:r w:rsidRPr="006C4948">
              <w:rPr>
                <w:rFonts w:ascii="Yu Gothic" w:eastAsia="Yu Gothic" w:hAnsi="Yu Gothic" w:cs="ＭＳ Ｐゴシック" w:hint="eastAsia"/>
                <w:color w:val="000000"/>
                <w:sz w:val="18"/>
                <w:szCs w:val="18"/>
                <w:lang w:eastAsia="ja-JP"/>
              </w:rPr>
              <w:t>10kg</w:t>
            </w:r>
          </w:p>
        </w:tc>
        <w:tc>
          <w:tcPr>
            <w:tcW w:w="1422" w:type="dxa"/>
            <w:tcBorders>
              <w:top w:val="nil"/>
              <w:left w:val="nil"/>
              <w:bottom w:val="single" w:sz="4" w:space="0" w:color="auto"/>
              <w:right w:val="single" w:sz="8" w:space="0" w:color="auto"/>
            </w:tcBorders>
            <w:shd w:val="clear" w:color="000000" w:fill="D9D9D9"/>
            <w:noWrap/>
            <w:vAlign w:val="center"/>
            <w:hideMark/>
          </w:tcPr>
          <w:p w14:paraId="0C290DEF" w14:textId="77777777" w:rsidR="006C4948" w:rsidRPr="006C4948" w:rsidRDefault="006C4948" w:rsidP="006C4948">
            <w:pPr>
              <w:spacing w:after="0" w:line="240" w:lineRule="auto"/>
              <w:jc w:val="center"/>
              <w:rPr>
                <w:rFonts w:ascii="Yu Gothic" w:eastAsia="Yu Gothic" w:hAnsi="Yu Gothic" w:cs="ＭＳ Ｐゴシック"/>
                <w:color w:val="000000"/>
                <w:sz w:val="18"/>
                <w:szCs w:val="18"/>
                <w:lang w:eastAsia="ja-JP"/>
              </w:rPr>
            </w:pPr>
            <w:r w:rsidRPr="006C4948">
              <w:rPr>
                <w:rFonts w:ascii="Yu Gothic" w:eastAsia="Yu Gothic" w:hAnsi="Yu Gothic" w:cs="ＭＳ Ｐゴシック" w:hint="eastAsia"/>
                <w:color w:val="000000"/>
                <w:sz w:val="18"/>
                <w:szCs w:val="18"/>
                <w:lang w:eastAsia="ja-JP"/>
              </w:rPr>
              <w:t>-</w:t>
            </w:r>
          </w:p>
        </w:tc>
      </w:tr>
      <w:tr w:rsidR="006C4948" w:rsidRPr="006C4948" w14:paraId="14E99E28" w14:textId="77777777" w:rsidTr="008C0BEF">
        <w:trPr>
          <w:trHeight w:val="300"/>
        </w:trPr>
        <w:tc>
          <w:tcPr>
            <w:tcW w:w="746" w:type="dxa"/>
            <w:vMerge/>
            <w:tcBorders>
              <w:top w:val="single" w:sz="8" w:space="0" w:color="auto"/>
              <w:left w:val="single" w:sz="8" w:space="0" w:color="auto"/>
              <w:bottom w:val="single" w:sz="8" w:space="0" w:color="000000"/>
              <w:right w:val="single" w:sz="8" w:space="0" w:color="auto"/>
            </w:tcBorders>
            <w:vAlign w:val="center"/>
            <w:hideMark/>
          </w:tcPr>
          <w:p w14:paraId="3B9216C0" w14:textId="77777777" w:rsidR="006C4948" w:rsidRPr="006C4948" w:rsidRDefault="006C4948" w:rsidP="006C4948">
            <w:pPr>
              <w:spacing w:after="0" w:line="240" w:lineRule="auto"/>
              <w:rPr>
                <w:rFonts w:ascii="Yu Gothic" w:eastAsia="Yu Gothic" w:hAnsi="Yu Gothic" w:cs="ＭＳ Ｐゴシック"/>
                <w:color w:val="000000"/>
                <w:sz w:val="22"/>
                <w:lang w:eastAsia="ja-JP"/>
              </w:rPr>
            </w:pPr>
          </w:p>
        </w:tc>
        <w:tc>
          <w:tcPr>
            <w:tcW w:w="1296" w:type="dxa"/>
            <w:vMerge/>
            <w:tcBorders>
              <w:top w:val="nil"/>
              <w:left w:val="nil"/>
              <w:bottom w:val="single" w:sz="4" w:space="0" w:color="000000"/>
              <w:right w:val="nil"/>
            </w:tcBorders>
            <w:vAlign w:val="center"/>
            <w:hideMark/>
          </w:tcPr>
          <w:p w14:paraId="6E7F9EA3" w14:textId="77777777" w:rsidR="006C4948" w:rsidRPr="006C4948" w:rsidRDefault="006C4948" w:rsidP="006C4948">
            <w:pPr>
              <w:spacing w:after="0" w:line="240" w:lineRule="auto"/>
              <w:rPr>
                <w:rFonts w:ascii="Yu Gothic" w:eastAsia="Yu Gothic" w:hAnsi="Yu Gothic" w:cs="ＭＳ Ｐゴシック"/>
                <w:color w:val="000000"/>
                <w:sz w:val="22"/>
                <w:lang w:eastAsia="ja-JP"/>
              </w:rPr>
            </w:pPr>
          </w:p>
        </w:tc>
        <w:tc>
          <w:tcPr>
            <w:tcW w:w="1434" w:type="dxa"/>
            <w:vMerge/>
            <w:tcBorders>
              <w:top w:val="nil"/>
              <w:left w:val="single" w:sz="4" w:space="0" w:color="auto"/>
              <w:bottom w:val="single" w:sz="4" w:space="0" w:color="000000"/>
              <w:right w:val="single" w:sz="4" w:space="0" w:color="auto"/>
            </w:tcBorders>
            <w:vAlign w:val="center"/>
            <w:hideMark/>
          </w:tcPr>
          <w:p w14:paraId="30F5B9B8" w14:textId="77777777" w:rsidR="006C4948" w:rsidRPr="006C4948" w:rsidRDefault="006C4948" w:rsidP="006C4948">
            <w:pPr>
              <w:spacing w:after="0" w:line="240" w:lineRule="auto"/>
              <w:rPr>
                <w:rFonts w:ascii="Yu Gothic" w:eastAsia="Yu Gothic" w:hAnsi="Yu Gothic" w:cs="ＭＳ Ｐゴシック"/>
                <w:color w:val="000000"/>
                <w:sz w:val="18"/>
                <w:szCs w:val="18"/>
                <w:lang w:eastAsia="ja-JP"/>
              </w:rPr>
            </w:pPr>
          </w:p>
        </w:tc>
        <w:tc>
          <w:tcPr>
            <w:tcW w:w="2158" w:type="dxa"/>
            <w:tcBorders>
              <w:top w:val="nil"/>
              <w:left w:val="nil"/>
              <w:bottom w:val="single" w:sz="4" w:space="0" w:color="auto"/>
              <w:right w:val="single" w:sz="4" w:space="0" w:color="auto"/>
            </w:tcBorders>
            <w:shd w:val="clear" w:color="000000" w:fill="D9D9D9"/>
            <w:noWrap/>
            <w:vAlign w:val="center"/>
            <w:hideMark/>
          </w:tcPr>
          <w:p w14:paraId="5DE28DE6" w14:textId="77777777" w:rsidR="006C4948" w:rsidRPr="006C4948" w:rsidRDefault="006C4948" w:rsidP="006C4948">
            <w:pPr>
              <w:spacing w:after="0" w:line="240" w:lineRule="auto"/>
              <w:jc w:val="center"/>
              <w:rPr>
                <w:rFonts w:ascii="Yu Gothic" w:eastAsia="Yu Gothic" w:hAnsi="Yu Gothic" w:cs="ＭＳ Ｐゴシック"/>
                <w:color w:val="000000"/>
                <w:sz w:val="18"/>
                <w:szCs w:val="18"/>
                <w:lang w:eastAsia="ja-JP"/>
              </w:rPr>
            </w:pPr>
            <w:r w:rsidRPr="006C4948">
              <w:rPr>
                <w:rFonts w:ascii="Yu Gothic" w:eastAsia="Yu Gothic" w:hAnsi="Yu Gothic" w:cs="ＭＳ Ｐゴシック" w:hint="eastAsia"/>
                <w:color w:val="000000"/>
                <w:sz w:val="18"/>
                <w:szCs w:val="18"/>
                <w:lang w:eastAsia="ja-JP"/>
              </w:rPr>
              <w:t>フライヤー</w:t>
            </w:r>
          </w:p>
        </w:tc>
        <w:tc>
          <w:tcPr>
            <w:tcW w:w="1022" w:type="dxa"/>
            <w:tcBorders>
              <w:top w:val="nil"/>
              <w:left w:val="nil"/>
              <w:bottom w:val="single" w:sz="4" w:space="0" w:color="auto"/>
              <w:right w:val="single" w:sz="4" w:space="0" w:color="auto"/>
            </w:tcBorders>
            <w:shd w:val="clear" w:color="000000" w:fill="D9D9D9"/>
            <w:noWrap/>
            <w:vAlign w:val="center"/>
            <w:hideMark/>
          </w:tcPr>
          <w:p w14:paraId="576AAA63" w14:textId="77777777" w:rsidR="006C4948" w:rsidRPr="006C4948" w:rsidRDefault="006C4948" w:rsidP="006C4948">
            <w:pPr>
              <w:spacing w:after="0" w:line="240" w:lineRule="auto"/>
              <w:jc w:val="center"/>
              <w:rPr>
                <w:rFonts w:ascii="Yu Gothic" w:eastAsia="Yu Gothic" w:hAnsi="Yu Gothic" w:cs="ＭＳ Ｐゴシック"/>
                <w:color w:val="000000"/>
                <w:sz w:val="18"/>
                <w:szCs w:val="18"/>
                <w:lang w:eastAsia="ja-JP"/>
              </w:rPr>
            </w:pPr>
            <w:r w:rsidRPr="006C4948">
              <w:rPr>
                <w:rFonts w:ascii="Yu Gothic" w:eastAsia="Yu Gothic" w:hAnsi="Yu Gothic" w:cs="ＭＳ Ｐゴシック" w:hint="eastAsia"/>
                <w:color w:val="000000"/>
                <w:sz w:val="18"/>
                <w:szCs w:val="18"/>
                <w:lang w:eastAsia="ja-JP"/>
              </w:rPr>
              <w:t>1</w:t>
            </w:r>
          </w:p>
        </w:tc>
        <w:tc>
          <w:tcPr>
            <w:tcW w:w="1422" w:type="dxa"/>
            <w:tcBorders>
              <w:top w:val="nil"/>
              <w:left w:val="nil"/>
              <w:bottom w:val="single" w:sz="4" w:space="0" w:color="auto"/>
              <w:right w:val="single" w:sz="4" w:space="0" w:color="auto"/>
            </w:tcBorders>
            <w:shd w:val="clear" w:color="000000" w:fill="D9D9D9"/>
            <w:noWrap/>
            <w:vAlign w:val="center"/>
            <w:hideMark/>
          </w:tcPr>
          <w:p w14:paraId="32177F24" w14:textId="77777777" w:rsidR="006C4948" w:rsidRPr="006C4948" w:rsidRDefault="006C4948" w:rsidP="006C4948">
            <w:pPr>
              <w:spacing w:after="0" w:line="240" w:lineRule="auto"/>
              <w:jc w:val="center"/>
              <w:rPr>
                <w:rFonts w:ascii="Yu Gothic" w:eastAsia="Yu Gothic" w:hAnsi="Yu Gothic" w:cs="ＭＳ Ｐゴシック"/>
                <w:color w:val="000000"/>
                <w:sz w:val="18"/>
                <w:szCs w:val="18"/>
                <w:lang w:eastAsia="ja-JP"/>
              </w:rPr>
            </w:pPr>
            <w:r w:rsidRPr="006C4948">
              <w:rPr>
                <w:rFonts w:ascii="Yu Gothic" w:eastAsia="Yu Gothic" w:hAnsi="Yu Gothic" w:cs="ＭＳ Ｐゴシック" w:hint="eastAsia"/>
                <w:color w:val="000000"/>
                <w:sz w:val="18"/>
                <w:szCs w:val="18"/>
                <w:lang w:eastAsia="ja-JP"/>
              </w:rPr>
              <w:t>13L</w:t>
            </w:r>
          </w:p>
        </w:tc>
        <w:tc>
          <w:tcPr>
            <w:tcW w:w="1422" w:type="dxa"/>
            <w:tcBorders>
              <w:top w:val="nil"/>
              <w:left w:val="nil"/>
              <w:bottom w:val="single" w:sz="4" w:space="0" w:color="auto"/>
              <w:right w:val="single" w:sz="8" w:space="0" w:color="auto"/>
            </w:tcBorders>
            <w:shd w:val="clear" w:color="000000" w:fill="D9D9D9"/>
            <w:noWrap/>
            <w:vAlign w:val="center"/>
            <w:hideMark/>
          </w:tcPr>
          <w:p w14:paraId="4A75667D" w14:textId="77777777" w:rsidR="006C4948" w:rsidRPr="006C4948" w:rsidRDefault="006C4948" w:rsidP="006C4948">
            <w:pPr>
              <w:spacing w:after="0" w:line="240" w:lineRule="auto"/>
              <w:jc w:val="center"/>
              <w:rPr>
                <w:rFonts w:ascii="Yu Gothic" w:eastAsia="Yu Gothic" w:hAnsi="Yu Gothic" w:cs="ＭＳ Ｐゴシック"/>
                <w:color w:val="000000"/>
                <w:sz w:val="18"/>
                <w:szCs w:val="18"/>
                <w:lang w:eastAsia="ja-JP"/>
              </w:rPr>
            </w:pPr>
            <w:r w:rsidRPr="006C4948">
              <w:rPr>
                <w:rFonts w:ascii="Yu Gothic" w:eastAsia="Yu Gothic" w:hAnsi="Yu Gothic" w:cs="ＭＳ Ｐゴシック" w:hint="eastAsia"/>
                <w:color w:val="000000"/>
                <w:sz w:val="18"/>
                <w:szCs w:val="18"/>
                <w:lang w:eastAsia="ja-JP"/>
              </w:rPr>
              <w:t>1500W</w:t>
            </w:r>
          </w:p>
        </w:tc>
      </w:tr>
      <w:tr w:rsidR="006C4948" w:rsidRPr="006C4948" w14:paraId="2CC65EBE" w14:textId="77777777" w:rsidTr="008C0BEF">
        <w:trPr>
          <w:trHeight w:val="300"/>
        </w:trPr>
        <w:tc>
          <w:tcPr>
            <w:tcW w:w="746" w:type="dxa"/>
            <w:vMerge/>
            <w:tcBorders>
              <w:top w:val="single" w:sz="8" w:space="0" w:color="auto"/>
              <w:left w:val="single" w:sz="8" w:space="0" w:color="auto"/>
              <w:bottom w:val="single" w:sz="8" w:space="0" w:color="000000"/>
              <w:right w:val="single" w:sz="8" w:space="0" w:color="auto"/>
            </w:tcBorders>
            <w:vAlign w:val="center"/>
            <w:hideMark/>
          </w:tcPr>
          <w:p w14:paraId="616528B7" w14:textId="77777777" w:rsidR="006C4948" w:rsidRPr="006C4948" w:rsidRDefault="006C4948" w:rsidP="006C4948">
            <w:pPr>
              <w:spacing w:after="0" w:line="240" w:lineRule="auto"/>
              <w:rPr>
                <w:rFonts w:ascii="Yu Gothic" w:eastAsia="Yu Gothic" w:hAnsi="Yu Gothic" w:cs="ＭＳ Ｐゴシック"/>
                <w:color w:val="000000"/>
                <w:sz w:val="22"/>
                <w:lang w:eastAsia="ja-JP"/>
              </w:rPr>
            </w:pPr>
          </w:p>
        </w:tc>
        <w:tc>
          <w:tcPr>
            <w:tcW w:w="1296" w:type="dxa"/>
            <w:vMerge/>
            <w:tcBorders>
              <w:top w:val="nil"/>
              <w:left w:val="nil"/>
              <w:bottom w:val="single" w:sz="4" w:space="0" w:color="000000"/>
              <w:right w:val="nil"/>
            </w:tcBorders>
            <w:vAlign w:val="center"/>
            <w:hideMark/>
          </w:tcPr>
          <w:p w14:paraId="00D7D990" w14:textId="77777777" w:rsidR="006C4948" w:rsidRPr="006C4948" w:rsidRDefault="006C4948" w:rsidP="006C4948">
            <w:pPr>
              <w:spacing w:after="0" w:line="240" w:lineRule="auto"/>
              <w:rPr>
                <w:rFonts w:ascii="Yu Gothic" w:eastAsia="Yu Gothic" w:hAnsi="Yu Gothic" w:cs="ＭＳ Ｐゴシック"/>
                <w:color w:val="000000"/>
                <w:sz w:val="22"/>
                <w:lang w:eastAsia="ja-JP"/>
              </w:rPr>
            </w:pPr>
          </w:p>
        </w:tc>
        <w:tc>
          <w:tcPr>
            <w:tcW w:w="1434" w:type="dxa"/>
            <w:vMerge/>
            <w:tcBorders>
              <w:top w:val="nil"/>
              <w:left w:val="single" w:sz="4" w:space="0" w:color="auto"/>
              <w:bottom w:val="single" w:sz="4" w:space="0" w:color="000000"/>
              <w:right w:val="single" w:sz="4" w:space="0" w:color="auto"/>
            </w:tcBorders>
            <w:vAlign w:val="center"/>
            <w:hideMark/>
          </w:tcPr>
          <w:p w14:paraId="73C21E0F" w14:textId="77777777" w:rsidR="006C4948" w:rsidRPr="006C4948" w:rsidRDefault="006C4948" w:rsidP="006C4948">
            <w:pPr>
              <w:spacing w:after="0" w:line="240" w:lineRule="auto"/>
              <w:rPr>
                <w:rFonts w:ascii="Yu Gothic" w:eastAsia="Yu Gothic" w:hAnsi="Yu Gothic" w:cs="ＭＳ Ｐゴシック"/>
                <w:color w:val="000000"/>
                <w:sz w:val="18"/>
                <w:szCs w:val="18"/>
                <w:lang w:eastAsia="ja-JP"/>
              </w:rPr>
            </w:pPr>
          </w:p>
        </w:tc>
        <w:tc>
          <w:tcPr>
            <w:tcW w:w="2158" w:type="dxa"/>
            <w:tcBorders>
              <w:top w:val="nil"/>
              <w:left w:val="nil"/>
              <w:bottom w:val="single" w:sz="4" w:space="0" w:color="auto"/>
              <w:right w:val="single" w:sz="4" w:space="0" w:color="auto"/>
            </w:tcBorders>
            <w:shd w:val="clear" w:color="000000" w:fill="D9D9D9"/>
            <w:noWrap/>
            <w:vAlign w:val="center"/>
            <w:hideMark/>
          </w:tcPr>
          <w:p w14:paraId="790820DB" w14:textId="77777777" w:rsidR="006C4948" w:rsidRPr="006C4948" w:rsidRDefault="006C4948" w:rsidP="006C4948">
            <w:pPr>
              <w:spacing w:after="0" w:line="240" w:lineRule="auto"/>
              <w:jc w:val="center"/>
              <w:rPr>
                <w:rFonts w:ascii="Yu Gothic" w:eastAsia="Yu Gothic" w:hAnsi="Yu Gothic" w:cs="ＭＳ Ｐゴシック"/>
                <w:color w:val="000000"/>
                <w:sz w:val="18"/>
                <w:szCs w:val="18"/>
                <w:lang w:eastAsia="ja-JP"/>
              </w:rPr>
            </w:pPr>
            <w:r w:rsidRPr="006C4948">
              <w:rPr>
                <w:rFonts w:ascii="Yu Gothic" w:eastAsia="Yu Gothic" w:hAnsi="Yu Gothic" w:cs="ＭＳ Ｐゴシック" w:hint="eastAsia"/>
                <w:color w:val="000000"/>
                <w:sz w:val="18"/>
                <w:szCs w:val="18"/>
                <w:lang w:eastAsia="ja-JP"/>
              </w:rPr>
              <w:t>冷蔵庫</w:t>
            </w:r>
          </w:p>
        </w:tc>
        <w:tc>
          <w:tcPr>
            <w:tcW w:w="1022" w:type="dxa"/>
            <w:tcBorders>
              <w:top w:val="nil"/>
              <w:left w:val="nil"/>
              <w:bottom w:val="single" w:sz="4" w:space="0" w:color="auto"/>
              <w:right w:val="single" w:sz="4" w:space="0" w:color="auto"/>
            </w:tcBorders>
            <w:shd w:val="clear" w:color="000000" w:fill="D9D9D9"/>
            <w:noWrap/>
            <w:vAlign w:val="center"/>
            <w:hideMark/>
          </w:tcPr>
          <w:p w14:paraId="47E15D3B" w14:textId="77777777" w:rsidR="006C4948" w:rsidRPr="006C4948" w:rsidRDefault="006C4948" w:rsidP="006C4948">
            <w:pPr>
              <w:spacing w:after="0" w:line="240" w:lineRule="auto"/>
              <w:jc w:val="center"/>
              <w:rPr>
                <w:rFonts w:ascii="Yu Gothic" w:eastAsia="Yu Gothic" w:hAnsi="Yu Gothic" w:cs="ＭＳ Ｐゴシック"/>
                <w:color w:val="000000"/>
                <w:sz w:val="18"/>
                <w:szCs w:val="18"/>
                <w:lang w:eastAsia="ja-JP"/>
              </w:rPr>
            </w:pPr>
            <w:r w:rsidRPr="006C4948">
              <w:rPr>
                <w:rFonts w:ascii="Yu Gothic" w:eastAsia="Yu Gothic" w:hAnsi="Yu Gothic" w:cs="ＭＳ Ｐゴシック" w:hint="eastAsia"/>
                <w:color w:val="000000"/>
                <w:sz w:val="18"/>
                <w:szCs w:val="18"/>
                <w:lang w:eastAsia="ja-JP"/>
              </w:rPr>
              <w:t>1</w:t>
            </w:r>
          </w:p>
        </w:tc>
        <w:tc>
          <w:tcPr>
            <w:tcW w:w="1422" w:type="dxa"/>
            <w:tcBorders>
              <w:top w:val="nil"/>
              <w:left w:val="nil"/>
              <w:bottom w:val="single" w:sz="4" w:space="0" w:color="auto"/>
              <w:right w:val="single" w:sz="4" w:space="0" w:color="auto"/>
            </w:tcBorders>
            <w:shd w:val="clear" w:color="000000" w:fill="D9D9D9"/>
            <w:noWrap/>
            <w:vAlign w:val="center"/>
            <w:hideMark/>
          </w:tcPr>
          <w:p w14:paraId="2BC27B06" w14:textId="77777777" w:rsidR="006C4948" w:rsidRPr="006C4948" w:rsidRDefault="006C4948" w:rsidP="006C4948">
            <w:pPr>
              <w:spacing w:after="0" w:line="240" w:lineRule="auto"/>
              <w:jc w:val="center"/>
              <w:rPr>
                <w:rFonts w:ascii="Yu Gothic" w:eastAsia="Yu Gothic" w:hAnsi="Yu Gothic" w:cs="ＭＳ Ｐゴシック"/>
                <w:color w:val="000000"/>
                <w:sz w:val="18"/>
                <w:szCs w:val="18"/>
                <w:lang w:eastAsia="ja-JP"/>
              </w:rPr>
            </w:pPr>
            <w:r w:rsidRPr="006C4948">
              <w:rPr>
                <w:rFonts w:ascii="Yu Gothic" w:eastAsia="Yu Gothic" w:hAnsi="Yu Gothic" w:cs="ＭＳ Ｐゴシック" w:hint="eastAsia"/>
                <w:color w:val="000000"/>
                <w:sz w:val="18"/>
                <w:szCs w:val="18"/>
                <w:lang w:eastAsia="ja-JP"/>
              </w:rPr>
              <w:t>100L</w:t>
            </w:r>
          </w:p>
        </w:tc>
        <w:tc>
          <w:tcPr>
            <w:tcW w:w="1422" w:type="dxa"/>
            <w:tcBorders>
              <w:top w:val="nil"/>
              <w:left w:val="nil"/>
              <w:bottom w:val="single" w:sz="4" w:space="0" w:color="auto"/>
              <w:right w:val="single" w:sz="8" w:space="0" w:color="auto"/>
            </w:tcBorders>
            <w:shd w:val="clear" w:color="000000" w:fill="D9D9D9"/>
            <w:noWrap/>
            <w:vAlign w:val="center"/>
            <w:hideMark/>
          </w:tcPr>
          <w:p w14:paraId="5EF65FCF" w14:textId="77777777" w:rsidR="006C4948" w:rsidRPr="006C4948" w:rsidRDefault="006C4948" w:rsidP="006C4948">
            <w:pPr>
              <w:spacing w:after="0" w:line="240" w:lineRule="auto"/>
              <w:jc w:val="center"/>
              <w:rPr>
                <w:rFonts w:ascii="Yu Gothic" w:eastAsia="Yu Gothic" w:hAnsi="Yu Gothic" w:cs="ＭＳ Ｐゴシック"/>
                <w:color w:val="000000"/>
                <w:sz w:val="18"/>
                <w:szCs w:val="18"/>
                <w:lang w:eastAsia="ja-JP"/>
              </w:rPr>
            </w:pPr>
            <w:r w:rsidRPr="006C4948">
              <w:rPr>
                <w:rFonts w:ascii="Yu Gothic" w:eastAsia="Yu Gothic" w:hAnsi="Yu Gothic" w:cs="ＭＳ Ｐゴシック" w:hint="eastAsia"/>
                <w:color w:val="000000"/>
                <w:sz w:val="18"/>
                <w:szCs w:val="18"/>
                <w:lang w:eastAsia="ja-JP"/>
              </w:rPr>
              <w:t>150W</w:t>
            </w:r>
          </w:p>
        </w:tc>
      </w:tr>
      <w:tr w:rsidR="006C4948" w:rsidRPr="006C4948" w14:paraId="15095D9D" w14:textId="77777777" w:rsidTr="008C0BEF">
        <w:trPr>
          <w:trHeight w:val="300"/>
        </w:trPr>
        <w:tc>
          <w:tcPr>
            <w:tcW w:w="746" w:type="dxa"/>
            <w:vMerge/>
            <w:tcBorders>
              <w:top w:val="single" w:sz="8" w:space="0" w:color="auto"/>
              <w:left w:val="single" w:sz="8" w:space="0" w:color="auto"/>
              <w:bottom w:val="single" w:sz="8" w:space="0" w:color="000000"/>
              <w:right w:val="single" w:sz="8" w:space="0" w:color="auto"/>
            </w:tcBorders>
            <w:vAlign w:val="center"/>
            <w:hideMark/>
          </w:tcPr>
          <w:p w14:paraId="512D70FF" w14:textId="77777777" w:rsidR="006C4948" w:rsidRPr="006C4948" w:rsidRDefault="006C4948" w:rsidP="006C4948">
            <w:pPr>
              <w:spacing w:after="0" w:line="240" w:lineRule="auto"/>
              <w:rPr>
                <w:rFonts w:ascii="Yu Gothic" w:eastAsia="Yu Gothic" w:hAnsi="Yu Gothic" w:cs="ＭＳ Ｐゴシック"/>
                <w:color w:val="000000"/>
                <w:sz w:val="22"/>
                <w:lang w:eastAsia="ja-JP"/>
              </w:rPr>
            </w:pPr>
          </w:p>
        </w:tc>
        <w:tc>
          <w:tcPr>
            <w:tcW w:w="1296" w:type="dxa"/>
            <w:vMerge/>
            <w:tcBorders>
              <w:top w:val="nil"/>
              <w:left w:val="nil"/>
              <w:bottom w:val="single" w:sz="4" w:space="0" w:color="000000"/>
              <w:right w:val="nil"/>
            </w:tcBorders>
            <w:vAlign w:val="center"/>
            <w:hideMark/>
          </w:tcPr>
          <w:p w14:paraId="5754B589" w14:textId="77777777" w:rsidR="006C4948" w:rsidRPr="006C4948" w:rsidRDefault="006C4948" w:rsidP="006C4948">
            <w:pPr>
              <w:spacing w:after="0" w:line="240" w:lineRule="auto"/>
              <w:rPr>
                <w:rFonts w:ascii="Yu Gothic" w:eastAsia="Yu Gothic" w:hAnsi="Yu Gothic" w:cs="ＭＳ Ｐゴシック"/>
                <w:color w:val="000000"/>
                <w:sz w:val="22"/>
                <w:lang w:eastAsia="ja-JP"/>
              </w:rPr>
            </w:pPr>
          </w:p>
        </w:tc>
        <w:tc>
          <w:tcPr>
            <w:tcW w:w="1434" w:type="dxa"/>
            <w:vMerge/>
            <w:tcBorders>
              <w:top w:val="nil"/>
              <w:left w:val="single" w:sz="4" w:space="0" w:color="auto"/>
              <w:bottom w:val="single" w:sz="4" w:space="0" w:color="000000"/>
              <w:right w:val="single" w:sz="4" w:space="0" w:color="auto"/>
            </w:tcBorders>
            <w:vAlign w:val="center"/>
            <w:hideMark/>
          </w:tcPr>
          <w:p w14:paraId="67C52CDF" w14:textId="77777777" w:rsidR="006C4948" w:rsidRPr="006C4948" w:rsidRDefault="006C4948" w:rsidP="006C4948">
            <w:pPr>
              <w:spacing w:after="0" w:line="240" w:lineRule="auto"/>
              <w:rPr>
                <w:rFonts w:ascii="Yu Gothic" w:eastAsia="Yu Gothic" w:hAnsi="Yu Gothic" w:cs="ＭＳ Ｐゴシック"/>
                <w:color w:val="000000"/>
                <w:sz w:val="18"/>
                <w:szCs w:val="18"/>
                <w:lang w:eastAsia="ja-JP"/>
              </w:rPr>
            </w:pPr>
          </w:p>
        </w:tc>
        <w:tc>
          <w:tcPr>
            <w:tcW w:w="2158" w:type="dxa"/>
            <w:tcBorders>
              <w:top w:val="nil"/>
              <w:left w:val="nil"/>
              <w:bottom w:val="single" w:sz="4" w:space="0" w:color="auto"/>
              <w:right w:val="single" w:sz="4" w:space="0" w:color="auto"/>
            </w:tcBorders>
            <w:shd w:val="clear" w:color="000000" w:fill="D9D9D9"/>
            <w:noWrap/>
            <w:vAlign w:val="center"/>
            <w:hideMark/>
          </w:tcPr>
          <w:p w14:paraId="12575AA1" w14:textId="77777777" w:rsidR="006C4948" w:rsidRPr="006C4948" w:rsidRDefault="006C4948" w:rsidP="006C4948">
            <w:pPr>
              <w:spacing w:after="0" w:line="240" w:lineRule="auto"/>
              <w:jc w:val="center"/>
              <w:rPr>
                <w:rFonts w:ascii="Yu Gothic" w:eastAsia="Yu Gothic" w:hAnsi="Yu Gothic" w:cs="ＭＳ Ｐゴシック"/>
                <w:color w:val="000000"/>
                <w:sz w:val="18"/>
                <w:szCs w:val="18"/>
                <w:lang w:eastAsia="ja-JP"/>
              </w:rPr>
            </w:pPr>
            <w:r w:rsidRPr="006C4948">
              <w:rPr>
                <w:rFonts w:ascii="Yu Gothic" w:eastAsia="Yu Gothic" w:hAnsi="Yu Gothic" w:cs="ＭＳ Ｐゴシック" w:hint="eastAsia"/>
                <w:color w:val="000000"/>
                <w:sz w:val="18"/>
                <w:szCs w:val="18"/>
                <w:lang w:eastAsia="ja-JP"/>
              </w:rPr>
              <w:t>冷凍庫</w:t>
            </w:r>
          </w:p>
        </w:tc>
        <w:tc>
          <w:tcPr>
            <w:tcW w:w="1022" w:type="dxa"/>
            <w:tcBorders>
              <w:top w:val="nil"/>
              <w:left w:val="nil"/>
              <w:bottom w:val="single" w:sz="4" w:space="0" w:color="auto"/>
              <w:right w:val="single" w:sz="4" w:space="0" w:color="auto"/>
            </w:tcBorders>
            <w:shd w:val="clear" w:color="000000" w:fill="D9D9D9"/>
            <w:noWrap/>
            <w:vAlign w:val="center"/>
            <w:hideMark/>
          </w:tcPr>
          <w:p w14:paraId="3C3C9061" w14:textId="77777777" w:rsidR="006C4948" w:rsidRPr="006C4948" w:rsidRDefault="006C4948" w:rsidP="006C4948">
            <w:pPr>
              <w:spacing w:after="0" w:line="240" w:lineRule="auto"/>
              <w:jc w:val="center"/>
              <w:rPr>
                <w:rFonts w:ascii="Yu Gothic" w:eastAsia="Yu Gothic" w:hAnsi="Yu Gothic" w:cs="ＭＳ Ｐゴシック"/>
                <w:color w:val="000000"/>
                <w:sz w:val="18"/>
                <w:szCs w:val="18"/>
                <w:lang w:eastAsia="ja-JP"/>
              </w:rPr>
            </w:pPr>
            <w:r w:rsidRPr="006C4948">
              <w:rPr>
                <w:rFonts w:ascii="Yu Gothic" w:eastAsia="Yu Gothic" w:hAnsi="Yu Gothic" w:cs="ＭＳ Ｐゴシック" w:hint="eastAsia"/>
                <w:color w:val="000000"/>
                <w:sz w:val="18"/>
                <w:szCs w:val="18"/>
                <w:lang w:eastAsia="ja-JP"/>
              </w:rPr>
              <w:t>1</w:t>
            </w:r>
          </w:p>
        </w:tc>
        <w:tc>
          <w:tcPr>
            <w:tcW w:w="1422" w:type="dxa"/>
            <w:tcBorders>
              <w:top w:val="nil"/>
              <w:left w:val="nil"/>
              <w:bottom w:val="single" w:sz="4" w:space="0" w:color="auto"/>
              <w:right w:val="single" w:sz="4" w:space="0" w:color="auto"/>
            </w:tcBorders>
            <w:shd w:val="clear" w:color="000000" w:fill="D9D9D9"/>
            <w:noWrap/>
            <w:vAlign w:val="center"/>
            <w:hideMark/>
          </w:tcPr>
          <w:p w14:paraId="7A7BB46C" w14:textId="77777777" w:rsidR="006C4948" w:rsidRPr="006C4948" w:rsidRDefault="006C4948" w:rsidP="006C4948">
            <w:pPr>
              <w:spacing w:after="0" w:line="240" w:lineRule="auto"/>
              <w:jc w:val="center"/>
              <w:rPr>
                <w:rFonts w:ascii="Yu Gothic" w:eastAsia="Yu Gothic" w:hAnsi="Yu Gothic" w:cs="ＭＳ Ｐゴシック"/>
                <w:color w:val="000000"/>
                <w:sz w:val="18"/>
                <w:szCs w:val="18"/>
                <w:lang w:eastAsia="ja-JP"/>
              </w:rPr>
            </w:pPr>
            <w:r w:rsidRPr="006C4948">
              <w:rPr>
                <w:rFonts w:ascii="Yu Gothic" w:eastAsia="Yu Gothic" w:hAnsi="Yu Gothic" w:cs="ＭＳ Ｐゴシック" w:hint="eastAsia"/>
                <w:color w:val="000000"/>
                <w:sz w:val="18"/>
                <w:szCs w:val="18"/>
                <w:lang w:eastAsia="ja-JP"/>
              </w:rPr>
              <w:t>80L</w:t>
            </w:r>
          </w:p>
        </w:tc>
        <w:tc>
          <w:tcPr>
            <w:tcW w:w="1422" w:type="dxa"/>
            <w:tcBorders>
              <w:top w:val="nil"/>
              <w:left w:val="nil"/>
              <w:bottom w:val="single" w:sz="4" w:space="0" w:color="auto"/>
              <w:right w:val="single" w:sz="8" w:space="0" w:color="auto"/>
            </w:tcBorders>
            <w:shd w:val="clear" w:color="000000" w:fill="D9D9D9"/>
            <w:noWrap/>
            <w:vAlign w:val="center"/>
            <w:hideMark/>
          </w:tcPr>
          <w:p w14:paraId="76C5959B" w14:textId="77777777" w:rsidR="006C4948" w:rsidRPr="006C4948" w:rsidRDefault="006C4948" w:rsidP="006C4948">
            <w:pPr>
              <w:spacing w:after="0" w:line="240" w:lineRule="auto"/>
              <w:jc w:val="center"/>
              <w:rPr>
                <w:rFonts w:ascii="Yu Gothic" w:eastAsia="Yu Gothic" w:hAnsi="Yu Gothic" w:cs="ＭＳ Ｐゴシック"/>
                <w:color w:val="000000"/>
                <w:sz w:val="18"/>
                <w:szCs w:val="18"/>
                <w:lang w:eastAsia="ja-JP"/>
              </w:rPr>
            </w:pPr>
            <w:r w:rsidRPr="006C4948">
              <w:rPr>
                <w:rFonts w:ascii="Yu Gothic" w:eastAsia="Yu Gothic" w:hAnsi="Yu Gothic" w:cs="ＭＳ Ｐゴシック" w:hint="eastAsia"/>
                <w:color w:val="000000"/>
                <w:sz w:val="18"/>
                <w:szCs w:val="18"/>
                <w:lang w:eastAsia="ja-JP"/>
              </w:rPr>
              <w:t>200W</w:t>
            </w:r>
          </w:p>
        </w:tc>
      </w:tr>
      <w:tr w:rsidR="006C4948" w:rsidRPr="006C4948" w14:paraId="30E7A914" w14:textId="77777777" w:rsidTr="008C0BEF">
        <w:trPr>
          <w:trHeight w:val="300"/>
        </w:trPr>
        <w:tc>
          <w:tcPr>
            <w:tcW w:w="746" w:type="dxa"/>
            <w:vMerge/>
            <w:tcBorders>
              <w:top w:val="single" w:sz="8" w:space="0" w:color="auto"/>
              <w:left w:val="single" w:sz="8" w:space="0" w:color="auto"/>
              <w:bottom w:val="single" w:sz="8" w:space="0" w:color="000000"/>
              <w:right w:val="single" w:sz="8" w:space="0" w:color="auto"/>
            </w:tcBorders>
            <w:vAlign w:val="center"/>
            <w:hideMark/>
          </w:tcPr>
          <w:p w14:paraId="2358FEB8" w14:textId="77777777" w:rsidR="006C4948" w:rsidRPr="006C4948" w:rsidRDefault="006C4948" w:rsidP="006C4948">
            <w:pPr>
              <w:spacing w:after="0" w:line="240" w:lineRule="auto"/>
              <w:rPr>
                <w:rFonts w:ascii="Yu Gothic" w:eastAsia="Yu Gothic" w:hAnsi="Yu Gothic" w:cs="ＭＳ Ｐゴシック"/>
                <w:color w:val="000000"/>
                <w:sz w:val="22"/>
                <w:lang w:eastAsia="ja-JP"/>
              </w:rPr>
            </w:pPr>
          </w:p>
        </w:tc>
        <w:tc>
          <w:tcPr>
            <w:tcW w:w="1296" w:type="dxa"/>
            <w:vMerge/>
            <w:tcBorders>
              <w:top w:val="nil"/>
              <w:left w:val="nil"/>
              <w:bottom w:val="single" w:sz="4" w:space="0" w:color="000000"/>
              <w:right w:val="nil"/>
            </w:tcBorders>
            <w:vAlign w:val="center"/>
            <w:hideMark/>
          </w:tcPr>
          <w:p w14:paraId="2830928A" w14:textId="77777777" w:rsidR="006C4948" w:rsidRPr="006C4948" w:rsidRDefault="006C4948" w:rsidP="006C4948">
            <w:pPr>
              <w:spacing w:after="0" w:line="240" w:lineRule="auto"/>
              <w:rPr>
                <w:rFonts w:ascii="Yu Gothic" w:eastAsia="Yu Gothic" w:hAnsi="Yu Gothic" w:cs="ＭＳ Ｐゴシック"/>
                <w:color w:val="000000"/>
                <w:sz w:val="22"/>
                <w:lang w:eastAsia="ja-JP"/>
              </w:rPr>
            </w:pPr>
          </w:p>
        </w:tc>
        <w:tc>
          <w:tcPr>
            <w:tcW w:w="1434" w:type="dxa"/>
            <w:vMerge/>
            <w:tcBorders>
              <w:top w:val="nil"/>
              <w:left w:val="single" w:sz="4" w:space="0" w:color="auto"/>
              <w:bottom w:val="single" w:sz="4" w:space="0" w:color="000000"/>
              <w:right w:val="single" w:sz="4" w:space="0" w:color="auto"/>
            </w:tcBorders>
            <w:vAlign w:val="center"/>
            <w:hideMark/>
          </w:tcPr>
          <w:p w14:paraId="6A728CB9" w14:textId="77777777" w:rsidR="006C4948" w:rsidRPr="006C4948" w:rsidRDefault="006C4948" w:rsidP="006C4948">
            <w:pPr>
              <w:spacing w:after="0" w:line="240" w:lineRule="auto"/>
              <w:rPr>
                <w:rFonts w:ascii="Yu Gothic" w:eastAsia="Yu Gothic" w:hAnsi="Yu Gothic" w:cs="ＭＳ Ｐゴシック"/>
                <w:color w:val="000000"/>
                <w:sz w:val="18"/>
                <w:szCs w:val="18"/>
                <w:lang w:eastAsia="ja-JP"/>
              </w:rPr>
            </w:pPr>
          </w:p>
        </w:tc>
        <w:tc>
          <w:tcPr>
            <w:tcW w:w="2158" w:type="dxa"/>
            <w:tcBorders>
              <w:top w:val="nil"/>
              <w:left w:val="nil"/>
              <w:bottom w:val="single" w:sz="4" w:space="0" w:color="auto"/>
              <w:right w:val="single" w:sz="4" w:space="0" w:color="auto"/>
            </w:tcBorders>
            <w:shd w:val="clear" w:color="000000" w:fill="D9D9D9"/>
            <w:noWrap/>
            <w:vAlign w:val="center"/>
            <w:hideMark/>
          </w:tcPr>
          <w:p w14:paraId="478D982E" w14:textId="77777777" w:rsidR="006C4948" w:rsidRPr="006C4948" w:rsidRDefault="006C4948" w:rsidP="006C4948">
            <w:pPr>
              <w:spacing w:after="0" w:line="240" w:lineRule="auto"/>
              <w:jc w:val="center"/>
              <w:rPr>
                <w:rFonts w:ascii="Yu Gothic" w:eastAsia="Yu Gothic" w:hAnsi="Yu Gothic" w:cs="ＭＳ Ｐゴシック"/>
                <w:color w:val="000000"/>
                <w:sz w:val="18"/>
                <w:szCs w:val="18"/>
                <w:lang w:eastAsia="ja-JP"/>
              </w:rPr>
            </w:pPr>
            <w:r w:rsidRPr="006C4948">
              <w:rPr>
                <w:rFonts w:ascii="Yu Gothic" w:eastAsia="Yu Gothic" w:hAnsi="Yu Gothic" w:cs="ＭＳ Ｐゴシック" w:hint="eastAsia"/>
                <w:color w:val="000000"/>
                <w:sz w:val="18"/>
                <w:szCs w:val="18"/>
                <w:lang w:eastAsia="ja-JP"/>
              </w:rPr>
              <w:t>電子レンジ</w:t>
            </w:r>
          </w:p>
        </w:tc>
        <w:tc>
          <w:tcPr>
            <w:tcW w:w="1022" w:type="dxa"/>
            <w:tcBorders>
              <w:top w:val="nil"/>
              <w:left w:val="nil"/>
              <w:bottom w:val="single" w:sz="4" w:space="0" w:color="auto"/>
              <w:right w:val="single" w:sz="4" w:space="0" w:color="auto"/>
            </w:tcBorders>
            <w:shd w:val="clear" w:color="000000" w:fill="D9D9D9"/>
            <w:noWrap/>
            <w:vAlign w:val="center"/>
            <w:hideMark/>
          </w:tcPr>
          <w:p w14:paraId="1E140A09" w14:textId="77777777" w:rsidR="006C4948" w:rsidRPr="006C4948" w:rsidRDefault="006C4948" w:rsidP="006C4948">
            <w:pPr>
              <w:spacing w:after="0" w:line="240" w:lineRule="auto"/>
              <w:jc w:val="center"/>
              <w:rPr>
                <w:rFonts w:ascii="Yu Gothic" w:eastAsia="Yu Gothic" w:hAnsi="Yu Gothic" w:cs="ＭＳ Ｐゴシック"/>
                <w:color w:val="000000"/>
                <w:sz w:val="18"/>
                <w:szCs w:val="18"/>
                <w:lang w:eastAsia="ja-JP"/>
              </w:rPr>
            </w:pPr>
            <w:r w:rsidRPr="006C4948">
              <w:rPr>
                <w:rFonts w:ascii="Yu Gothic" w:eastAsia="Yu Gothic" w:hAnsi="Yu Gothic" w:cs="ＭＳ Ｐゴシック" w:hint="eastAsia"/>
                <w:color w:val="000000"/>
                <w:sz w:val="18"/>
                <w:szCs w:val="18"/>
                <w:lang w:eastAsia="ja-JP"/>
              </w:rPr>
              <w:t>1</w:t>
            </w:r>
          </w:p>
        </w:tc>
        <w:tc>
          <w:tcPr>
            <w:tcW w:w="1422" w:type="dxa"/>
            <w:tcBorders>
              <w:top w:val="nil"/>
              <w:left w:val="nil"/>
              <w:bottom w:val="single" w:sz="4" w:space="0" w:color="auto"/>
              <w:right w:val="single" w:sz="4" w:space="0" w:color="auto"/>
            </w:tcBorders>
            <w:shd w:val="clear" w:color="000000" w:fill="D9D9D9"/>
            <w:noWrap/>
            <w:vAlign w:val="center"/>
            <w:hideMark/>
          </w:tcPr>
          <w:p w14:paraId="01D1AF46" w14:textId="77777777" w:rsidR="006C4948" w:rsidRPr="006C4948" w:rsidRDefault="006C4948" w:rsidP="006C4948">
            <w:pPr>
              <w:spacing w:after="0" w:line="240" w:lineRule="auto"/>
              <w:jc w:val="center"/>
              <w:rPr>
                <w:rFonts w:ascii="Yu Gothic" w:eastAsia="Yu Gothic" w:hAnsi="Yu Gothic" w:cs="ＭＳ Ｐゴシック"/>
                <w:color w:val="000000"/>
                <w:sz w:val="18"/>
                <w:szCs w:val="18"/>
                <w:lang w:eastAsia="ja-JP"/>
              </w:rPr>
            </w:pPr>
            <w:r w:rsidRPr="006C4948">
              <w:rPr>
                <w:rFonts w:ascii="Yu Gothic" w:eastAsia="Yu Gothic" w:hAnsi="Yu Gothic" w:cs="ＭＳ Ｐゴシック" w:hint="eastAsia"/>
                <w:color w:val="000000"/>
                <w:sz w:val="18"/>
                <w:szCs w:val="18"/>
                <w:lang w:eastAsia="ja-JP"/>
              </w:rPr>
              <w:t>1000W</w:t>
            </w:r>
          </w:p>
        </w:tc>
        <w:tc>
          <w:tcPr>
            <w:tcW w:w="1422" w:type="dxa"/>
            <w:tcBorders>
              <w:top w:val="nil"/>
              <w:left w:val="nil"/>
              <w:bottom w:val="single" w:sz="4" w:space="0" w:color="auto"/>
              <w:right w:val="single" w:sz="8" w:space="0" w:color="auto"/>
            </w:tcBorders>
            <w:shd w:val="clear" w:color="000000" w:fill="D9D9D9"/>
            <w:noWrap/>
            <w:vAlign w:val="center"/>
            <w:hideMark/>
          </w:tcPr>
          <w:p w14:paraId="643DC627" w14:textId="77777777" w:rsidR="006C4948" w:rsidRPr="006C4948" w:rsidRDefault="006C4948" w:rsidP="006C4948">
            <w:pPr>
              <w:spacing w:after="0" w:line="240" w:lineRule="auto"/>
              <w:jc w:val="center"/>
              <w:rPr>
                <w:rFonts w:ascii="Yu Gothic" w:eastAsia="Yu Gothic" w:hAnsi="Yu Gothic" w:cs="ＭＳ Ｐゴシック"/>
                <w:color w:val="000000"/>
                <w:sz w:val="18"/>
                <w:szCs w:val="18"/>
                <w:lang w:eastAsia="ja-JP"/>
              </w:rPr>
            </w:pPr>
            <w:r w:rsidRPr="006C4948">
              <w:rPr>
                <w:rFonts w:ascii="Yu Gothic" w:eastAsia="Yu Gothic" w:hAnsi="Yu Gothic" w:cs="ＭＳ Ｐゴシック" w:hint="eastAsia"/>
                <w:color w:val="000000"/>
                <w:sz w:val="18"/>
                <w:szCs w:val="18"/>
                <w:lang w:eastAsia="ja-JP"/>
              </w:rPr>
              <w:t>1200W</w:t>
            </w:r>
          </w:p>
        </w:tc>
      </w:tr>
      <w:tr w:rsidR="006C4948" w:rsidRPr="006C4948" w14:paraId="3C8665EA" w14:textId="77777777" w:rsidTr="008C0BEF">
        <w:trPr>
          <w:trHeight w:val="300"/>
        </w:trPr>
        <w:tc>
          <w:tcPr>
            <w:tcW w:w="746" w:type="dxa"/>
            <w:vMerge/>
            <w:tcBorders>
              <w:top w:val="single" w:sz="8" w:space="0" w:color="auto"/>
              <w:left w:val="single" w:sz="8" w:space="0" w:color="auto"/>
              <w:bottom w:val="single" w:sz="8" w:space="0" w:color="000000"/>
              <w:right w:val="single" w:sz="8" w:space="0" w:color="auto"/>
            </w:tcBorders>
            <w:vAlign w:val="center"/>
            <w:hideMark/>
          </w:tcPr>
          <w:p w14:paraId="424E25C1" w14:textId="77777777" w:rsidR="006C4948" w:rsidRPr="006C4948" w:rsidRDefault="006C4948" w:rsidP="006C4948">
            <w:pPr>
              <w:spacing w:after="0" w:line="240" w:lineRule="auto"/>
              <w:rPr>
                <w:rFonts w:ascii="Yu Gothic" w:eastAsia="Yu Gothic" w:hAnsi="Yu Gothic" w:cs="ＭＳ Ｐゴシック"/>
                <w:color w:val="000000"/>
                <w:sz w:val="22"/>
                <w:lang w:eastAsia="ja-JP"/>
              </w:rPr>
            </w:pPr>
          </w:p>
        </w:tc>
        <w:tc>
          <w:tcPr>
            <w:tcW w:w="1296" w:type="dxa"/>
            <w:tcBorders>
              <w:top w:val="nil"/>
              <w:left w:val="nil"/>
              <w:bottom w:val="nil"/>
              <w:right w:val="nil"/>
            </w:tcBorders>
            <w:noWrap/>
            <w:vAlign w:val="center"/>
            <w:hideMark/>
          </w:tcPr>
          <w:p w14:paraId="4B0B2D83" w14:textId="45D31A07" w:rsidR="006C4948" w:rsidRPr="006C4948" w:rsidRDefault="006C4948" w:rsidP="006C4948">
            <w:pPr>
              <w:spacing w:after="0" w:line="240" w:lineRule="auto"/>
              <w:rPr>
                <w:rFonts w:ascii="Yu Gothic" w:eastAsia="Yu Gothic" w:hAnsi="Yu Gothic" w:cs="ＭＳ Ｐゴシック"/>
                <w:color w:val="000000"/>
                <w:sz w:val="22"/>
                <w:lang w:eastAsia="ja-JP"/>
              </w:rPr>
            </w:pPr>
          </w:p>
          <w:tbl>
            <w:tblPr>
              <w:tblW w:w="0" w:type="auto"/>
              <w:tblCellSpacing w:w="0" w:type="dxa"/>
              <w:tblCellMar>
                <w:left w:w="0" w:type="dxa"/>
                <w:right w:w="0" w:type="dxa"/>
              </w:tblCellMar>
              <w:tblLook w:val="04A0" w:firstRow="1" w:lastRow="0" w:firstColumn="1" w:lastColumn="0" w:noHBand="0" w:noVBand="1"/>
            </w:tblPr>
            <w:tblGrid>
              <w:gridCol w:w="1093"/>
            </w:tblGrid>
            <w:tr w:rsidR="006C4948" w:rsidRPr="006C4948" w14:paraId="0698B83B" w14:textId="77777777">
              <w:trPr>
                <w:trHeight w:val="300"/>
                <w:tblCellSpacing w:w="0" w:type="dxa"/>
              </w:trPr>
              <w:tc>
                <w:tcPr>
                  <w:tcW w:w="1280" w:type="dxa"/>
                  <w:tcBorders>
                    <w:top w:val="nil"/>
                    <w:left w:val="nil"/>
                    <w:bottom w:val="single" w:sz="8" w:space="0" w:color="auto"/>
                    <w:right w:val="single" w:sz="4" w:space="0" w:color="auto"/>
                  </w:tcBorders>
                  <w:shd w:val="clear" w:color="000000" w:fill="D9D9D9"/>
                  <w:vAlign w:val="center"/>
                  <w:hideMark/>
                </w:tcPr>
                <w:p w14:paraId="06DDD09D" w14:textId="4E9A50D0" w:rsidR="006C4948" w:rsidRPr="006C4948" w:rsidRDefault="008E5B77" w:rsidP="006C4948">
                  <w:pPr>
                    <w:spacing w:after="0" w:line="240" w:lineRule="auto"/>
                    <w:jc w:val="center"/>
                    <w:rPr>
                      <w:rFonts w:ascii="Yu Gothic" w:eastAsia="Yu Gothic" w:hAnsi="Yu Gothic" w:cs="ＭＳ Ｐゴシック"/>
                      <w:color w:val="000000"/>
                      <w:sz w:val="18"/>
                      <w:szCs w:val="18"/>
                      <w:lang w:eastAsia="ja-JP"/>
                    </w:rPr>
                  </w:pPr>
                  <w:r w:rsidRPr="006C4948">
                    <w:rPr>
                      <w:rFonts w:ascii="Yu Gothic" w:eastAsia="Yu Gothic" w:hAnsi="Yu Gothic" w:cs="ＭＳ Ｐゴシック" w:hint="eastAsia"/>
                      <w:noProof/>
                      <w:color w:val="000000"/>
                      <w:sz w:val="22"/>
                      <w:lang w:eastAsia="ja-JP"/>
                    </w:rPr>
                    <mc:AlternateContent>
                      <mc:Choice Requires="wps">
                        <w:drawing>
                          <wp:anchor distT="0" distB="0" distL="114300" distR="114300" simplePos="0" relativeHeight="251660288" behindDoc="0" locked="0" layoutInCell="1" allowOverlap="1" wp14:anchorId="1BA69EAF" wp14:editId="10E0DA12">
                            <wp:simplePos x="0" y="0"/>
                            <wp:positionH relativeFrom="column">
                              <wp:posOffset>106680</wp:posOffset>
                            </wp:positionH>
                            <wp:positionV relativeFrom="paragraph">
                              <wp:posOffset>-27305</wp:posOffset>
                            </wp:positionV>
                            <wp:extent cx="220980" cy="160020"/>
                            <wp:effectExtent l="0" t="0" r="26670" b="11430"/>
                            <wp:wrapNone/>
                            <wp:docPr id="93909187" name="楕円 3">
                              <a:extLst xmlns:a="http://schemas.openxmlformats.org/drawingml/2006/main">
                                <a:ext uri="{FF2B5EF4-FFF2-40B4-BE49-F238E27FC236}">
                                  <a16:creationId xmlns:a16="http://schemas.microsoft.com/office/drawing/2014/main" id="{9FC32BCB-B00A-793D-C883-085B148F53EE}"/>
                                </a:ext>
                              </a:extLst>
                            </wp:docPr>
                            <wp:cNvGraphicFramePr/>
                            <a:graphic xmlns:a="http://schemas.openxmlformats.org/drawingml/2006/main">
                              <a:graphicData uri="http://schemas.microsoft.com/office/word/2010/wordprocessingShape">
                                <wps:wsp>
                                  <wps:cNvSpPr/>
                                  <wps:spPr>
                                    <a:xfrm>
                                      <a:off x="0" y="0"/>
                                      <a:ext cx="220980" cy="1600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6D439DEB" id="楕円 3" o:spid="_x0000_s1026" style="position:absolute;margin-left:8.4pt;margin-top:-2.15pt;width:17.4pt;height:12.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" filled="f" strokecolor="#0a121c [484]" strokeweight="2pt"/>
                        </w:pict>
                      </mc:Fallback>
                    </mc:AlternateContent>
                  </w:r>
                  <w:r w:rsidR="006C4948" w:rsidRPr="006C4948">
                    <w:rPr>
                      <w:rFonts w:ascii="Yu Gothic" w:eastAsia="Yu Gothic" w:hAnsi="Yu Gothic" w:cs="ＭＳ Ｐゴシック" w:hint="eastAsia"/>
                      <w:color w:val="000000"/>
                      <w:sz w:val="18"/>
                      <w:szCs w:val="18"/>
                      <w:lang w:eastAsia="ja-JP"/>
                    </w:rPr>
                    <w:t>有・無</w:t>
                  </w:r>
                </w:p>
              </w:tc>
            </w:tr>
          </w:tbl>
          <w:p w14:paraId="2BE074D2" w14:textId="77777777" w:rsidR="006C4948" w:rsidRPr="006C4948" w:rsidRDefault="006C4948" w:rsidP="006C4948">
            <w:pPr>
              <w:spacing w:after="0" w:line="240" w:lineRule="auto"/>
              <w:rPr>
                <w:rFonts w:ascii="Yu Gothic" w:eastAsia="Yu Gothic" w:hAnsi="Yu Gothic" w:cs="ＭＳ Ｐゴシック"/>
                <w:color w:val="000000"/>
                <w:sz w:val="22"/>
                <w:lang w:eastAsia="ja-JP"/>
              </w:rPr>
            </w:pPr>
          </w:p>
        </w:tc>
        <w:tc>
          <w:tcPr>
            <w:tcW w:w="1434" w:type="dxa"/>
            <w:tcBorders>
              <w:top w:val="nil"/>
              <w:left w:val="nil"/>
              <w:bottom w:val="single" w:sz="8" w:space="0" w:color="auto"/>
              <w:right w:val="single" w:sz="4" w:space="0" w:color="auto"/>
            </w:tcBorders>
            <w:shd w:val="clear" w:color="000000" w:fill="D9D9D9"/>
            <w:vAlign w:val="center"/>
            <w:hideMark/>
          </w:tcPr>
          <w:p w14:paraId="5CEE5768" w14:textId="77777777" w:rsidR="006C4948" w:rsidRPr="006C4948" w:rsidRDefault="006C4948" w:rsidP="006C4948">
            <w:pPr>
              <w:spacing w:after="0" w:line="240" w:lineRule="auto"/>
              <w:jc w:val="center"/>
              <w:rPr>
                <w:rFonts w:ascii="Yu Gothic" w:eastAsia="Yu Gothic" w:hAnsi="Yu Gothic" w:cs="ＭＳ Ｐゴシック"/>
                <w:color w:val="000000"/>
                <w:sz w:val="18"/>
                <w:szCs w:val="18"/>
                <w:lang w:eastAsia="ja-JP"/>
              </w:rPr>
            </w:pPr>
            <w:r w:rsidRPr="006C4948">
              <w:rPr>
                <w:rFonts w:ascii="Yu Gothic" w:eastAsia="Yu Gothic" w:hAnsi="Yu Gothic" w:cs="ＭＳ Ｐゴシック" w:hint="eastAsia"/>
                <w:color w:val="000000"/>
                <w:sz w:val="18"/>
                <w:szCs w:val="18"/>
                <w:lang w:eastAsia="ja-JP"/>
              </w:rPr>
              <w:t>コーヒー</w:t>
            </w:r>
          </w:p>
        </w:tc>
        <w:tc>
          <w:tcPr>
            <w:tcW w:w="2158" w:type="dxa"/>
            <w:tcBorders>
              <w:top w:val="nil"/>
              <w:left w:val="nil"/>
              <w:bottom w:val="single" w:sz="8" w:space="0" w:color="auto"/>
              <w:right w:val="single" w:sz="4" w:space="0" w:color="auto"/>
            </w:tcBorders>
            <w:shd w:val="clear" w:color="000000" w:fill="D9D9D9"/>
            <w:noWrap/>
            <w:vAlign w:val="center"/>
            <w:hideMark/>
          </w:tcPr>
          <w:p w14:paraId="3E9C16AF" w14:textId="77777777" w:rsidR="006C4948" w:rsidRPr="006C4948" w:rsidRDefault="006C4948" w:rsidP="006C4948">
            <w:pPr>
              <w:spacing w:after="0" w:line="240" w:lineRule="auto"/>
              <w:jc w:val="center"/>
              <w:rPr>
                <w:rFonts w:ascii="Yu Gothic" w:eastAsia="Yu Gothic" w:hAnsi="Yu Gothic" w:cs="ＭＳ Ｐゴシック"/>
                <w:color w:val="000000"/>
                <w:sz w:val="18"/>
                <w:szCs w:val="18"/>
                <w:lang w:eastAsia="ja-JP"/>
              </w:rPr>
            </w:pPr>
            <w:r w:rsidRPr="006C4948">
              <w:rPr>
                <w:rFonts w:ascii="Yu Gothic" w:eastAsia="Yu Gothic" w:hAnsi="Yu Gothic" w:cs="ＭＳ Ｐゴシック" w:hint="eastAsia"/>
                <w:color w:val="000000"/>
                <w:sz w:val="18"/>
                <w:szCs w:val="18"/>
                <w:lang w:eastAsia="ja-JP"/>
              </w:rPr>
              <w:t>コーヒーマシン</w:t>
            </w:r>
          </w:p>
        </w:tc>
        <w:tc>
          <w:tcPr>
            <w:tcW w:w="1022" w:type="dxa"/>
            <w:tcBorders>
              <w:top w:val="nil"/>
              <w:left w:val="nil"/>
              <w:bottom w:val="single" w:sz="8" w:space="0" w:color="auto"/>
              <w:right w:val="single" w:sz="4" w:space="0" w:color="auto"/>
            </w:tcBorders>
            <w:shd w:val="clear" w:color="000000" w:fill="D9D9D9"/>
            <w:noWrap/>
            <w:vAlign w:val="center"/>
            <w:hideMark/>
          </w:tcPr>
          <w:p w14:paraId="051F129E" w14:textId="77777777" w:rsidR="006C4948" w:rsidRPr="006C4948" w:rsidRDefault="006C4948" w:rsidP="006C4948">
            <w:pPr>
              <w:spacing w:after="0" w:line="240" w:lineRule="auto"/>
              <w:jc w:val="center"/>
              <w:rPr>
                <w:rFonts w:ascii="Yu Gothic" w:eastAsia="Yu Gothic" w:hAnsi="Yu Gothic" w:cs="ＭＳ Ｐゴシック"/>
                <w:color w:val="000000"/>
                <w:sz w:val="18"/>
                <w:szCs w:val="18"/>
                <w:lang w:eastAsia="ja-JP"/>
              </w:rPr>
            </w:pPr>
            <w:r w:rsidRPr="006C4948">
              <w:rPr>
                <w:rFonts w:ascii="Yu Gothic" w:eastAsia="Yu Gothic" w:hAnsi="Yu Gothic" w:cs="ＭＳ Ｐゴシック" w:hint="eastAsia"/>
                <w:color w:val="000000"/>
                <w:sz w:val="18"/>
                <w:szCs w:val="18"/>
                <w:lang w:eastAsia="ja-JP"/>
              </w:rPr>
              <w:t>1</w:t>
            </w:r>
          </w:p>
        </w:tc>
        <w:tc>
          <w:tcPr>
            <w:tcW w:w="1422" w:type="dxa"/>
            <w:tcBorders>
              <w:top w:val="nil"/>
              <w:left w:val="nil"/>
              <w:bottom w:val="single" w:sz="8" w:space="0" w:color="auto"/>
              <w:right w:val="single" w:sz="4" w:space="0" w:color="auto"/>
            </w:tcBorders>
            <w:shd w:val="clear" w:color="000000" w:fill="D9D9D9"/>
            <w:noWrap/>
            <w:vAlign w:val="center"/>
            <w:hideMark/>
          </w:tcPr>
          <w:p w14:paraId="1419DF1D" w14:textId="77777777" w:rsidR="006C4948" w:rsidRPr="006C4948" w:rsidRDefault="006C4948" w:rsidP="006C4948">
            <w:pPr>
              <w:spacing w:after="0" w:line="240" w:lineRule="auto"/>
              <w:jc w:val="center"/>
              <w:rPr>
                <w:rFonts w:ascii="Yu Gothic" w:eastAsia="Yu Gothic" w:hAnsi="Yu Gothic" w:cs="ＭＳ Ｐゴシック"/>
                <w:color w:val="000000"/>
                <w:sz w:val="18"/>
                <w:szCs w:val="18"/>
                <w:lang w:eastAsia="ja-JP"/>
              </w:rPr>
            </w:pPr>
            <w:r w:rsidRPr="006C4948">
              <w:rPr>
                <w:rFonts w:ascii="Yu Gothic" w:eastAsia="Yu Gothic" w:hAnsi="Yu Gothic" w:cs="ＭＳ Ｐゴシック" w:hint="eastAsia"/>
                <w:color w:val="000000"/>
                <w:sz w:val="18"/>
                <w:szCs w:val="18"/>
                <w:lang w:eastAsia="ja-JP"/>
              </w:rPr>
              <w:t>1200W</w:t>
            </w:r>
          </w:p>
        </w:tc>
        <w:tc>
          <w:tcPr>
            <w:tcW w:w="1422" w:type="dxa"/>
            <w:tcBorders>
              <w:top w:val="nil"/>
              <w:left w:val="nil"/>
              <w:bottom w:val="single" w:sz="8" w:space="0" w:color="auto"/>
              <w:right w:val="single" w:sz="8" w:space="0" w:color="auto"/>
            </w:tcBorders>
            <w:shd w:val="clear" w:color="000000" w:fill="D9D9D9"/>
            <w:noWrap/>
            <w:vAlign w:val="center"/>
            <w:hideMark/>
          </w:tcPr>
          <w:p w14:paraId="3F91195A" w14:textId="77777777" w:rsidR="006C4948" w:rsidRPr="006C4948" w:rsidRDefault="006C4948" w:rsidP="006C4948">
            <w:pPr>
              <w:spacing w:after="0" w:line="240" w:lineRule="auto"/>
              <w:jc w:val="center"/>
              <w:rPr>
                <w:rFonts w:ascii="Yu Gothic" w:eastAsia="Yu Gothic" w:hAnsi="Yu Gothic" w:cs="ＭＳ Ｐゴシック"/>
                <w:color w:val="000000"/>
                <w:sz w:val="18"/>
                <w:szCs w:val="18"/>
                <w:lang w:eastAsia="ja-JP"/>
              </w:rPr>
            </w:pPr>
            <w:r w:rsidRPr="006C4948">
              <w:rPr>
                <w:rFonts w:ascii="Yu Gothic" w:eastAsia="Yu Gothic" w:hAnsi="Yu Gothic" w:cs="ＭＳ Ｐゴシック" w:hint="eastAsia"/>
                <w:color w:val="000000"/>
                <w:sz w:val="18"/>
                <w:szCs w:val="18"/>
                <w:lang w:eastAsia="ja-JP"/>
              </w:rPr>
              <w:t>1000W</w:t>
            </w:r>
          </w:p>
        </w:tc>
      </w:tr>
      <w:tr w:rsidR="006C4948" w:rsidRPr="006C4948" w14:paraId="3FB9AABF" w14:textId="77777777" w:rsidTr="008C0BEF">
        <w:trPr>
          <w:trHeight w:val="210"/>
        </w:trPr>
        <w:tc>
          <w:tcPr>
            <w:tcW w:w="746" w:type="dxa"/>
            <w:tcBorders>
              <w:top w:val="nil"/>
              <w:left w:val="nil"/>
              <w:bottom w:val="nil"/>
              <w:right w:val="nil"/>
            </w:tcBorders>
            <w:noWrap/>
            <w:vAlign w:val="center"/>
            <w:hideMark/>
          </w:tcPr>
          <w:p w14:paraId="0B00A225" w14:textId="77777777" w:rsidR="006C4948" w:rsidRPr="006C4948" w:rsidRDefault="006C4948" w:rsidP="006C4948">
            <w:pPr>
              <w:spacing w:after="0" w:line="240" w:lineRule="auto"/>
              <w:jc w:val="center"/>
              <w:rPr>
                <w:rFonts w:ascii="Yu Gothic" w:eastAsia="Yu Gothic" w:hAnsi="Yu Gothic" w:cs="ＭＳ Ｐゴシック"/>
                <w:color w:val="000000"/>
                <w:sz w:val="18"/>
                <w:szCs w:val="18"/>
                <w:lang w:eastAsia="ja-JP"/>
              </w:rPr>
            </w:pPr>
          </w:p>
        </w:tc>
        <w:tc>
          <w:tcPr>
            <w:tcW w:w="1296" w:type="dxa"/>
            <w:tcBorders>
              <w:top w:val="nil"/>
              <w:left w:val="single" w:sz="4" w:space="0" w:color="auto"/>
              <w:bottom w:val="nil"/>
              <w:right w:val="nil"/>
            </w:tcBorders>
            <w:vAlign w:val="center"/>
            <w:hideMark/>
          </w:tcPr>
          <w:p w14:paraId="32591AA4" w14:textId="77777777" w:rsidR="006C4948" w:rsidRPr="006C4948" w:rsidRDefault="006C4948"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1434" w:type="dxa"/>
            <w:tcBorders>
              <w:top w:val="nil"/>
              <w:left w:val="nil"/>
              <w:bottom w:val="nil"/>
              <w:right w:val="nil"/>
            </w:tcBorders>
            <w:vAlign w:val="center"/>
            <w:hideMark/>
          </w:tcPr>
          <w:p w14:paraId="1F5FDE12" w14:textId="77777777" w:rsidR="006C4948" w:rsidRPr="006C4948" w:rsidRDefault="006C4948" w:rsidP="006C4948">
            <w:pPr>
              <w:spacing w:after="0" w:line="240" w:lineRule="auto"/>
              <w:jc w:val="center"/>
              <w:rPr>
                <w:rFonts w:ascii="Yu Gothic" w:eastAsia="Yu Gothic" w:hAnsi="Yu Gothic" w:cs="ＭＳ Ｐゴシック"/>
                <w:color w:val="000000"/>
                <w:sz w:val="22"/>
                <w:lang w:eastAsia="ja-JP"/>
              </w:rPr>
            </w:pPr>
          </w:p>
        </w:tc>
        <w:tc>
          <w:tcPr>
            <w:tcW w:w="2158" w:type="dxa"/>
            <w:tcBorders>
              <w:top w:val="nil"/>
              <w:left w:val="nil"/>
              <w:bottom w:val="nil"/>
              <w:right w:val="nil"/>
            </w:tcBorders>
            <w:noWrap/>
            <w:vAlign w:val="center"/>
            <w:hideMark/>
          </w:tcPr>
          <w:p w14:paraId="3BD71FDF" w14:textId="77777777" w:rsidR="006C4948" w:rsidRPr="006C4948" w:rsidRDefault="006C4948" w:rsidP="006C4948">
            <w:pPr>
              <w:spacing w:after="0" w:line="240" w:lineRule="auto"/>
              <w:jc w:val="center"/>
              <w:rPr>
                <w:rFonts w:ascii="Times New Roman" w:eastAsia="Times New Roman" w:hAnsi="Times New Roman" w:cs="Times New Roman"/>
                <w:sz w:val="20"/>
                <w:szCs w:val="20"/>
                <w:lang w:eastAsia="ja-JP"/>
              </w:rPr>
            </w:pPr>
          </w:p>
        </w:tc>
        <w:tc>
          <w:tcPr>
            <w:tcW w:w="1022" w:type="dxa"/>
            <w:tcBorders>
              <w:top w:val="nil"/>
              <w:left w:val="nil"/>
              <w:bottom w:val="nil"/>
              <w:right w:val="nil"/>
            </w:tcBorders>
            <w:noWrap/>
            <w:vAlign w:val="center"/>
            <w:hideMark/>
          </w:tcPr>
          <w:p w14:paraId="46EE84DA" w14:textId="77777777" w:rsidR="006C4948" w:rsidRPr="006C4948" w:rsidRDefault="006C4948" w:rsidP="006C4948">
            <w:pPr>
              <w:spacing w:after="0" w:line="240" w:lineRule="auto"/>
              <w:jc w:val="center"/>
              <w:rPr>
                <w:rFonts w:ascii="Times New Roman" w:eastAsia="Times New Roman" w:hAnsi="Times New Roman" w:cs="Times New Roman"/>
                <w:sz w:val="20"/>
                <w:szCs w:val="20"/>
                <w:lang w:eastAsia="ja-JP"/>
              </w:rPr>
            </w:pPr>
          </w:p>
        </w:tc>
        <w:tc>
          <w:tcPr>
            <w:tcW w:w="1422" w:type="dxa"/>
            <w:tcBorders>
              <w:top w:val="nil"/>
              <w:left w:val="nil"/>
              <w:bottom w:val="nil"/>
              <w:right w:val="nil"/>
            </w:tcBorders>
            <w:noWrap/>
            <w:vAlign w:val="center"/>
            <w:hideMark/>
          </w:tcPr>
          <w:p w14:paraId="476B8D0A" w14:textId="77777777" w:rsidR="006C4948" w:rsidRPr="006C4948" w:rsidRDefault="006C4948" w:rsidP="006C4948">
            <w:pPr>
              <w:spacing w:after="0" w:line="240" w:lineRule="auto"/>
              <w:jc w:val="center"/>
              <w:rPr>
                <w:rFonts w:ascii="Times New Roman" w:eastAsia="Times New Roman" w:hAnsi="Times New Roman" w:cs="Times New Roman"/>
                <w:sz w:val="20"/>
                <w:szCs w:val="20"/>
                <w:lang w:eastAsia="ja-JP"/>
              </w:rPr>
            </w:pPr>
          </w:p>
        </w:tc>
        <w:tc>
          <w:tcPr>
            <w:tcW w:w="1422" w:type="dxa"/>
            <w:tcBorders>
              <w:top w:val="nil"/>
              <w:left w:val="nil"/>
              <w:bottom w:val="nil"/>
              <w:right w:val="nil"/>
            </w:tcBorders>
            <w:noWrap/>
            <w:vAlign w:val="center"/>
            <w:hideMark/>
          </w:tcPr>
          <w:p w14:paraId="040E9D6A" w14:textId="77777777" w:rsidR="006C4948" w:rsidRPr="006C4948" w:rsidRDefault="006C4948" w:rsidP="006C4948">
            <w:pPr>
              <w:spacing w:after="0" w:line="240" w:lineRule="auto"/>
              <w:jc w:val="center"/>
              <w:rPr>
                <w:rFonts w:ascii="Times New Roman" w:eastAsia="Times New Roman" w:hAnsi="Times New Roman" w:cs="Times New Roman"/>
                <w:sz w:val="20"/>
                <w:szCs w:val="20"/>
                <w:lang w:eastAsia="ja-JP"/>
              </w:rPr>
            </w:pPr>
          </w:p>
        </w:tc>
      </w:tr>
      <w:tr w:rsidR="006C4948" w:rsidRPr="006C4948" w14:paraId="5A814F2B" w14:textId="77777777" w:rsidTr="008C0BEF">
        <w:trPr>
          <w:trHeight w:val="576"/>
        </w:trPr>
        <w:tc>
          <w:tcPr>
            <w:tcW w:w="746" w:type="dxa"/>
            <w:tcBorders>
              <w:top w:val="single" w:sz="4" w:space="0" w:color="auto"/>
              <w:left w:val="single" w:sz="4" w:space="0" w:color="auto"/>
              <w:bottom w:val="nil"/>
              <w:right w:val="single" w:sz="4" w:space="0" w:color="auto"/>
            </w:tcBorders>
            <w:noWrap/>
            <w:vAlign w:val="center"/>
            <w:hideMark/>
          </w:tcPr>
          <w:p w14:paraId="50D846EA" w14:textId="2AB398CB" w:rsidR="006C4948" w:rsidRPr="006C4948" w:rsidRDefault="006C4948" w:rsidP="006C4948">
            <w:pPr>
              <w:spacing w:after="0" w:line="240" w:lineRule="auto"/>
              <w:rPr>
                <w:rFonts w:ascii="Yu Gothic" w:eastAsia="Yu Gothic" w:hAnsi="Yu Gothic" w:cs="ＭＳ Ｐゴシック"/>
                <w:color w:val="000000"/>
                <w:sz w:val="22"/>
                <w:lang w:eastAsia="ja-JP"/>
              </w:rPr>
            </w:pPr>
          </w:p>
        </w:tc>
        <w:tc>
          <w:tcPr>
            <w:tcW w:w="1296" w:type="dxa"/>
            <w:tcBorders>
              <w:top w:val="single" w:sz="4" w:space="0" w:color="auto"/>
              <w:left w:val="nil"/>
              <w:bottom w:val="single" w:sz="4" w:space="0" w:color="auto"/>
              <w:right w:val="single" w:sz="4" w:space="0" w:color="auto"/>
            </w:tcBorders>
            <w:vAlign w:val="center"/>
            <w:hideMark/>
          </w:tcPr>
          <w:p w14:paraId="14255D92" w14:textId="77777777" w:rsidR="006C4948" w:rsidRPr="006C4948" w:rsidRDefault="006C4948" w:rsidP="006C4948">
            <w:pPr>
              <w:spacing w:after="0" w:line="240" w:lineRule="auto"/>
              <w:jc w:val="center"/>
              <w:rPr>
                <w:rFonts w:ascii="Yu Gothic" w:eastAsia="Yu Gothic" w:hAnsi="Yu Gothic" w:cs="ＭＳ Ｐゴシック"/>
                <w:b/>
                <w:bCs/>
                <w:color w:val="000000"/>
                <w:sz w:val="18"/>
                <w:szCs w:val="18"/>
                <w:lang w:eastAsia="ja-JP"/>
              </w:rPr>
            </w:pPr>
            <w:r w:rsidRPr="006C4948">
              <w:rPr>
                <w:rFonts w:ascii="Yu Gothic" w:eastAsia="Yu Gothic" w:hAnsi="Yu Gothic" w:cs="ＭＳ Ｐゴシック" w:hint="eastAsia"/>
                <w:b/>
                <w:bCs/>
                <w:color w:val="000000"/>
                <w:sz w:val="18"/>
                <w:szCs w:val="18"/>
                <w:lang w:eastAsia="ja-JP"/>
              </w:rPr>
              <w:t>電気使用有・無</w:t>
            </w:r>
          </w:p>
        </w:tc>
        <w:tc>
          <w:tcPr>
            <w:tcW w:w="1434" w:type="dxa"/>
            <w:tcBorders>
              <w:top w:val="single" w:sz="4" w:space="0" w:color="auto"/>
              <w:left w:val="nil"/>
              <w:bottom w:val="single" w:sz="4" w:space="0" w:color="auto"/>
              <w:right w:val="single" w:sz="4" w:space="0" w:color="auto"/>
            </w:tcBorders>
            <w:vAlign w:val="center"/>
            <w:hideMark/>
          </w:tcPr>
          <w:p w14:paraId="7883665A" w14:textId="77777777" w:rsidR="006C4948" w:rsidRPr="006C4948" w:rsidRDefault="006C4948" w:rsidP="006C4948">
            <w:pPr>
              <w:spacing w:after="0" w:line="240" w:lineRule="auto"/>
              <w:jc w:val="center"/>
              <w:rPr>
                <w:rFonts w:ascii="Yu Gothic" w:eastAsia="Yu Gothic" w:hAnsi="Yu Gothic" w:cs="ＭＳ Ｐゴシック"/>
                <w:b/>
                <w:bCs/>
                <w:color w:val="000000"/>
                <w:sz w:val="18"/>
                <w:szCs w:val="18"/>
                <w:lang w:eastAsia="ja-JP"/>
              </w:rPr>
            </w:pPr>
            <w:r w:rsidRPr="006C4948">
              <w:rPr>
                <w:rFonts w:ascii="Yu Gothic" w:eastAsia="Yu Gothic" w:hAnsi="Yu Gothic" w:cs="ＭＳ Ｐゴシック" w:hint="eastAsia"/>
                <w:b/>
                <w:bCs/>
                <w:color w:val="000000"/>
                <w:sz w:val="18"/>
                <w:szCs w:val="18"/>
                <w:lang w:eastAsia="ja-JP"/>
              </w:rPr>
              <w:t>提供食品名</w:t>
            </w:r>
          </w:p>
        </w:tc>
        <w:tc>
          <w:tcPr>
            <w:tcW w:w="2158" w:type="dxa"/>
            <w:tcBorders>
              <w:top w:val="single" w:sz="4" w:space="0" w:color="auto"/>
              <w:left w:val="nil"/>
              <w:bottom w:val="single" w:sz="4" w:space="0" w:color="auto"/>
              <w:right w:val="single" w:sz="4" w:space="0" w:color="auto"/>
            </w:tcBorders>
            <w:vAlign w:val="center"/>
            <w:hideMark/>
          </w:tcPr>
          <w:p w14:paraId="63FA935D" w14:textId="77777777" w:rsidR="006C4948" w:rsidRPr="006C4948" w:rsidRDefault="006C4948" w:rsidP="006C4948">
            <w:pPr>
              <w:spacing w:after="0" w:line="240" w:lineRule="auto"/>
              <w:jc w:val="center"/>
              <w:rPr>
                <w:rFonts w:ascii="Yu Gothic" w:eastAsia="Yu Gothic" w:hAnsi="Yu Gothic" w:cs="ＭＳ Ｐゴシック"/>
                <w:b/>
                <w:bCs/>
                <w:color w:val="000000"/>
                <w:sz w:val="18"/>
                <w:szCs w:val="18"/>
                <w:lang w:eastAsia="ja-JP"/>
              </w:rPr>
            </w:pPr>
            <w:r w:rsidRPr="006C4948">
              <w:rPr>
                <w:rFonts w:ascii="Yu Gothic" w:eastAsia="Yu Gothic" w:hAnsi="Yu Gothic" w:cs="ＭＳ Ｐゴシック" w:hint="eastAsia"/>
                <w:b/>
                <w:bCs/>
                <w:color w:val="000000"/>
                <w:sz w:val="18"/>
                <w:szCs w:val="18"/>
                <w:lang w:eastAsia="ja-JP"/>
              </w:rPr>
              <w:t>機材名</w:t>
            </w:r>
          </w:p>
        </w:tc>
        <w:tc>
          <w:tcPr>
            <w:tcW w:w="1022" w:type="dxa"/>
            <w:tcBorders>
              <w:top w:val="single" w:sz="4" w:space="0" w:color="auto"/>
              <w:left w:val="nil"/>
              <w:bottom w:val="single" w:sz="4" w:space="0" w:color="auto"/>
              <w:right w:val="single" w:sz="4" w:space="0" w:color="auto"/>
            </w:tcBorders>
            <w:vAlign w:val="center"/>
            <w:hideMark/>
          </w:tcPr>
          <w:p w14:paraId="1EF43C9D" w14:textId="77777777" w:rsidR="006C4948" w:rsidRPr="006C4948" w:rsidRDefault="006C4948" w:rsidP="006C4948">
            <w:pPr>
              <w:spacing w:after="0" w:line="240" w:lineRule="auto"/>
              <w:jc w:val="center"/>
              <w:rPr>
                <w:rFonts w:ascii="Yu Gothic" w:eastAsia="Yu Gothic" w:hAnsi="Yu Gothic" w:cs="ＭＳ Ｐゴシック"/>
                <w:b/>
                <w:bCs/>
                <w:color w:val="000000"/>
                <w:sz w:val="18"/>
                <w:szCs w:val="18"/>
                <w:lang w:eastAsia="ja-JP"/>
              </w:rPr>
            </w:pPr>
            <w:r w:rsidRPr="006C4948">
              <w:rPr>
                <w:rFonts w:ascii="Yu Gothic" w:eastAsia="Yu Gothic" w:hAnsi="Yu Gothic" w:cs="ＭＳ Ｐゴシック" w:hint="eastAsia"/>
                <w:b/>
                <w:bCs/>
                <w:color w:val="000000"/>
                <w:sz w:val="18"/>
                <w:szCs w:val="18"/>
                <w:lang w:eastAsia="ja-JP"/>
              </w:rPr>
              <w:t>台数</w:t>
            </w:r>
          </w:p>
        </w:tc>
        <w:tc>
          <w:tcPr>
            <w:tcW w:w="1422" w:type="dxa"/>
            <w:tcBorders>
              <w:top w:val="single" w:sz="4" w:space="0" w:color="auto"/>
              <w:left w:val="nil"/>
              <w:bottom w:val="single" w:sz="4" w:space="0" w:color="auto"/>
              <w:right w:val="single" w:sz="4" w:space="0" w:color="auto"/>
            </w:tcBorders>
            <w:vAlign w:val="center"/>
            <w:hideMark/>
          </w:tcPr>
          <w:p w14:paraId="1AC6271B" w14:textId="77777777" w:rsidR="006C4948" w:rsidRPr="006C4948" w:rsidRDefault="006C4948" w:rsidP="006C4948">
            <w:pPr>
              <w:spacing w:after="0" w:line="240" w:lineRule="auto"/>
              <w:jc w:val="center"/>
              <w:rPr>
                <w:rFonts w:ascii="Yu Gothic" w:eastAsia="Yu Gothic" w:hAnsi="Yu Gothic" w:cs="ＭＳ Ｐゴシック"/>
                <w:b/>
                <w:bCs/>
                <w:color w:val="000000"/>
                <w:sz w:val="18"/>
                <w:szCs w:val="18"/>
                <w:lang w:eastAsia="ja-JP"/>
              </w:rPr>
            </w:pPr>
            <w:r w:rsidRPr="006C4948">
              <w:rPr>
                <w:rFonts w:ascii="Yu Gothic" w:eastAsia="Yu Gothic" w:hAnsi="Yu Gothic" w:cs="ＭＳ Ｐゴシック" w:hint="eastAsia"/>
                <w:b/>
                <w:bCs/>
                <w:color w:val="000000"/>
                <w:sz w:val="18"/>
                <w:szCs w:val="18"/>
                <w:lang w:eastAsia="ja-JP"/>
              </w:rPr>
              <w:t>容量・規格</w:t>
            </w:r>
          </w:p>
        </w:tc>
        <w:tc>
          <w:tcPr>
            <w:tcW w:w="1422" w:type="dxa"/>
            <w:tcBorders>
              <w:top w:val="single" w:sz="4" w:space="0" w:color="auto"/>
              <w:left w:val="nil"/>
              <w:bottom w:val="single" w:sz="4" w:space="0" w:color="auto"/>
              <w:right w:val="single" w:sz="4" w:space="0" w:color="auto"/>
            </w:tcBorders>
            <w:vAlign w:val="center"/>
            <w:hideMark/>
          </w:tcPr>
          <w:p w14:paraId="3ED70901" w14:textId="77777777" w:rsidR="006C4948" w:rsidRPr="006C4948" w:rsidRDefault="006C4948" w:rsidP="006C4948">
            <w:pPr>
              <w:spacing w:after="0" w:line="240" w:lineRule="auto"/>
              <w:jc w:val="center"/>
              <w:rPr>
                <w:rFonts w:ascii="Yu Gothic" w:eastAsia="Yu Gothic" w:hAnsi="Yu Gothic" w:cs="ＭＳ Ｐゴシック"/>
                <w:b/>
                <w:bCs/>
                <w:color w:val="000000"/>
                <w:sz w:val="18"/>
                <w:szCs w:val="18"/>
                <w:lang w:eastAsia="ja-JP"/>
              </w:rPr>
            </w:pPr>
            <w:r w:rsidRPr="006C4948">
              <w:rPr>
                <w:rFonts w:ascii="Yu Gothic" w:eastAsia="Yu Gothic" w:hAnsi="Yu Gothic" w:cs="ＭＳ Ｐゴシック" w:hint="eastAsia"/>
                <w:b/>
                <w:bCs/>
                <w:color w:val="000000"/>
                <w:sz w:val="18"/>
                <w:szCs w:val="18"/>
                <w:lang w:eastAsia="ja-JP"/>
              </w:rPr>
              <w:t>定格(最大)</w:t>
            </w:r>
            <w:r w:rsidRPr="006C4948">
              <w:rPr>
                <w:rFonts w:ascii="Yu Gothic" w:eastAsia="Yu Gothic" w:hAnsi="Yu Gothic" w:cs="ＭＳ Ｐゴシック" w:hint="eastAsia"/>
                <w:b/>
                <w:bCs/>
                <w:color w:val="000000"/>
                <w:sz w:val="18"/>
                <w:szCs w:val="18"/>
                <w:lang w:eastAsia="ja-JP"/>
              </w:rPr>
              <w:br/>
              <w:t>消費電力</w:t>
            </w:r>
          </w:p>
        </w:tc>
      </w:tr>
      <w:tr w:rsidR="006C4948" w:rsidRPr="006C4948" w14:paraId="6F184CFA" w14:textId="77777777" w:rsidTr="008C0BEF">
        <w:trPr>
          <w:trHeight w:val="360"/>
        </w:trPr>
        <w:tc>
          <w:tcPr>
            <w:tcW w:w="746" w:type="dxa"/>
            <w:vMerge w:val="restart"/>
            <w:tcBorders>
              <w:top w:val="single" w:sz="4" w:space="0" w:color="auto"/>
              <w:left w:val="single" w:sz="4" w:space="0" w:color="auto"/>
              <w:bottom w:val="single" w:sz="4" w:space="0" w:color="000000"/>
              <w:right w:val="single" w:sz="4" w:space="0" w:color="auto"/>
            </w:tcBorders>
            <w:noWrap/>
            <w:vAlign w:val="center"/>
            <w:hideMark/>
          </w:tcPr>
          <w:p w14:paraId="2DC6FC5D" w14:textId="77777777" w:rsidR="006C4948" w:rsidRPr="006C4948" w:rsidRDefault="006C4948"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1</w:t>
            </w:r>
          </w:p>
        </w:tc>
        <w:tc>
          <w:tcPr>
            <w:tcW w:w="1296" w:type="dxa"/>
            <w:vMerge w:val="restart"/>
            <w:tcBorders>
              <w:top w:val="nil"/>
              <w:left w:val="single" w:sz="4" w:space="0" w:color="auto"/>
              <w:bottom w:val="single" w:sz="4" w:space="0" w:color="000000"/>
              <w:right w:val="single" w:sz="4" w:space="0" w:color="auto"/>
            </w:tcBorders>
            <w:noWrap/>
            <w:vAlign w:val="center"/>
            <w:hideMark/>
          </w:tcPr>
          <w:p w14:paraId="45CC4A29" w14:textId="77777777" w:rsidR="006C4948" w:rsidRPr="006C4948" w:rsidRDefault="006C4948"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有・無</w:t>
            </w:r>
          </w:p>
        </w:tc>
        <w:tc>
          <w:tcPr>
            <w:tcW w:w="1434" w:type="dxa"/>
            <w:vMerge w:val="restart"/>
            <w:tcBorders>
              <w:top w:val="nil"/>
              <w:left w:val="single" w:sz="4" w:space="0" w:color="auto"/>
              <w:bottom w:val="single" w:sz="4" w:space="0" w:color="000000"/>
              <w:right w:val="single" w:sz="4" w:space="0" w:color="auto"/>
            </w:tcBorders>
            <w:noWrap/>
            <w:vAlign w:val="center"/>
            <w:hideMark/>
          </w:tcPr>
          <w:p w14:paraId="4945E095" w14:textId="77777777" w:rsidR="006C4948" w:rsidRPr="006C4948" w:rsidRDefault="006C4948"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2158" w:type="dxa"/>
            <w:tcBorders>
              <w:top w:val="nil"/>
              <w:left w:val="nil"/>
              <w:bottom w:val="single" w:sz="4" w:space="0" w:color="auto"/>
              <w:right w:val="single" w:sz="4" w:space="0" w:color="auto"/>
            </w:tcBorders>
            <w:noWrap/>
            <w:vAlign w:val="center"/>
            <w:hideMark/>
          </w:tcPr>
          <w:p w14:paraId="18C59E3B" w14:textId="77777777" w:rsidR="006C4948" w:rsidRPr="006C4948" w:rsidRDefault="006C4948"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1022" w:type="dxa"/>
            <w:tcBorders>
              <w:top w:val="nil"/>
              <w:left w:val="nil"/>
              <w:bottom w:val="single" w:sz="4" w:space="0" w:color="auto"/>
              <w:right w:val="single" w:sz="4" w:space="0" w:color="auto"/>
            </w:tcBorders>
            <w:noWrap/>
            <w:vAlign w:val="center"/>
            <w:hideMark/>
          </w:tcPr>
          <w:p w14:paraId="7053F8B3" w14:textId="77777777" w:rsidR="006C4948" w:rsidRPr="006C4948" w:rsidRDefault="006C4948"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1422" w:type="dxa"/>
            <w:tcBorders>
              <w:top w:val="nil"/>
              <w:left w:val="nil"/>
              <w:bottom w:val="single" w:sz="4" w:space="0" w:color="auto"/>
              <w:right w:val="single" w:sz="4" w:space="0" w:color="auto"/>
            </w:tcBorders>
            <w:noWrap/>
            <w:vAlign w:val="center"/>
            <w:hideMark/>
          </w:tcPr>
          <w:p w14:paraId="6078DEDD" w14:textId="77777777" w:rsidR="006C4948" w:rsidRPr="006C4948" w:rsidRDefault="006C4948"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1422" w:type="dxa"/>
            <w:tcBorders>
              <w:top w:val="nil"/>
              <w:left w:val="nil"/>
              <w:bottom w:val="single" w:sz="4" w:space="0" w:color="auto"/>
              <w:right w:val="single" w:sz="4" w:space="0" w:color="auto"/>
            </w:tcBorders>
            <w:noWrap/>
            <w:vAlign w:val="center"/>
            <w:hideMark/>
          </w:tcPr>
          <w:p w14:paraId="180ABD99" w14:textId="77777777" w:rsidR="006C4948" w:rsidRPr="006C4948" w:rsidRDefault="006C4948"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r>
      <w:tr w:rsidR="006C4948" w:rsidRPr="006C4948" w14:paraId="0C40C222" w14:textId="77777777" w:rsidTr="008C0BEF">
        <w:trPr>
          <w:trHeight w:val="360"/>
        </w:trPr>
        <w:tc>
          <w:tcPr>
            <w:tcW w:w="746" w:type="dxa"/>
            <w:vMerge/>
            <w:tcBorders>
              <w:top w:val="single" w:sz="4" w:space="0" w:color="auto"/>
              <w:left w:val="single" w:sz="4" w:space="0" w:color="auto"/>
              <w:bottom w:val="single" w:sz="4" w:space="0" w:color="000000"/>
              <w:right w:val="single" w:sz="4" w:space="0" w:color="auto"/>
            </w:tcBorders>
            <w:vAlign w:val="center"/>
            <w:hideMark/>
          </w:tcPr>
          <w:p w14:paraId="124E0E15" w14:textId="77777777" w:rsidR="006C4948" w:rsidRPr="006C4948" w:rsidRDefault="006C4948" w:rsidP="006C4948">
            <w:pPr>
              <w:spacing w:after="0" w:line="240" w:lineRule="auto"/>
              <w:rPr>
                <w:rFonts w:ascii="Yu Gothic" w:eastAsia="Yu Gothic" w:hAnsi="Yu Gothic" w:cs="ＭＳ Ｐゴシック"/>
                <w:color w:val="000000"/>
                <w:sz w:val="22"/>
                <w:lang w:eastAsia="ja-JP"/>
              </w:rPr>
            </w:pPr>
          </w:p>
        </w:tc>
        <w:tc>
          <w:tcPr>
            <w:tcW w:w="1296" w:type="dxa"/>
            <w:vMerge/>
            <w:tcBorders>
              <w:top w:val="nil"/>
              <w:left w:val="single" w:sz="4" w:space="0" w:color="auto"/>
              <w:bottom w:val="single" w:sz="4" w:space="0" w:color="000000"/>
              <w:right w:val="single" w:sz="4" w:space="0" w:color="auto"/>
            </w:tcBorders>
            <w:vAlign w:val="center"/>
            <w:hideMark/>
          </w:tcPr>
          <w:p w14:paraId="577EE776" w14:textId="77777777" w:rsidR="006C4948" w:rsidRPr="006C4948" w:rsidRDefault="006C4948" w:rsidP="006C4948">
            <w:pPr>
              <w:spacing w:after="0" w:line="240" w:lineRule="auto"/>
              <w:rPr>
                <w:rFonts w:ascii="Yu Gothic" w:eastAsia="Yu Gothic" w:hAnsi="Yu Gothic" w:cs="ＭＳ Ｐゴシック"/>
                <w:color w:val="000000"/>
                <w:sz w:val="22"/>
                <w:lang w:eastAsia="ja-JP"/>
              </w:rPr>
            </w:pPr>
          </w:p>
        </w:tc>
        <w:tc>
          <w:tcPr>
            <w:tcW w:w="1434" w:type="dxa"/>
            <w:vMerge/>
            <w:tcBorders>
              <w:top w:val="nil"/>
              <w:left w:val="single" w:sz="4" w:space="0" w:color="auto"/>
              <w:bottom w:val="single" w:sz="4" w:space="0" w:color="000000"/>
              <w:right w:val="single" w:sz="4" w:space="0" w:color="auto"/>
            </w:tcBorders>
            <w:vAlign w:val="center"/>
            <w:hideMark/>
          </w:tcPr>
          <w:p w14:paraId="3A827DAC" w14:textId="77777777" w:rsidR="006C4948" w:rsidRPr="006C4948" w:rsidRDefault="006C4948" w:rsidP="006C4948">
            <w:pPr>
              <w:spacing w:after="0" w:line="240" w:lineRule="auto"/>
              <w:rPr>
                <w:rFonts w:ascii="Yu Gothic" w:eastAsia="Yu Gothic" w:hAnsi="Yu Gothic" w:cs="ＭＳ Ｐゴシック"/>
                <w:color w:val="000000"/>
                <w:sz w:val="22"/>
                <w:lang w:eastAsia="ja-JP"/>
              </w:rPr>
            </w:pPr>
          </w:p>
        </w:tc>
        <w:tc>
          <w:tcPr>
            <w:tcW w:w="2158" w:type="dxa"/>
            <w:tcBorders>
              <w:top w:val="nil"/>
              <w:left w:val="nil"/>
              <w:bottom w:val="single" w:sz="4" w:space="0" w:color="auto"/>
              <w:right w:val="single" w:sz="4" w:space="0" w:color="auto"/>
            </w:tcBorders>
            <w:noWrap/>
            <w:vAlign w:val="center"/>
            <w:hideMark/>
          </w:tcPr>
          <w:p w14:paraId="3B1C073A" w14:textId="77777777" w:rsidR="006C4948" w:rsidRPr="006C4948" w:rsidRDefault="006C4948"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1022" w:type="dxa"/>
            <w:tcBorders>
              <w:top w:val="nil"/>
              <w:left w:val="nil"/>
              <w:bottom w:val="single" w:sz="4" w:space="0" w:color="auto"/>
              <w:right w:val="single" w:sz="4" w:space="0" w:color="auto"/>
            </w:tcBorders>
            <w:noWrap/>
            <w:vAlign w:val="center"/>
            <w:hideMark/>
          </w:tcPr>
          <w:p w14:paraId="3D4E0A72" w14:textId="77777777" w:rsidR="006C4948" w:rsidRPr="006C4948" w:rsidRDefault="006C4948"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1422" w:type="dxa"/>
            <w:tcBorders>
              <w:top w:val="nil"/>
              <w:left w:val="nil"/>
              <w:bottom w:val="single" w:sz="4" w:space="0" w:color="auto"/>
              <w:right w:val="single" w:sz="4" w:space="0" w:color="auto"/>
            </w:tcBorders>
            <w:noWrap/>
            <w:vAlign w:val="center"/>
            <w:hideMark/>
          </w:tcPr>
          <w:p w14:paraId="75F3911A" w14:textId="77777777" w:rsidR="006C4948" w:rsidRPr="006C4948" w:rsidRDefault="006C4948"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1422" w:type="dxa"/>
            <w:tcBorders>
              <w:top w:val="nil"/>
              <w:left w:val="nil"/>
              <w:bottom w:val="single" w:sz="4" w:space="0" w:color="auto"/>
              <w:right w:val="single" w:sz="4" w:space="0" w:color="auto"/>
            </w:tcBorders>
            <w:noWrap/>
            <w:vAlign w:val="center"/>
            <w:hideMark/>
          </w:tcPr>
          <w:p w14:paraId="1C127C8C" w14:textId="77777777" w:rsidR="006C4948" w:rsidRPr="006C4948" w:rsidRDefault="006C4948"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r>
      <w:tr w:rsidR="006C4948" w:rsidRPr="006C4948" w14:paraId="579BDF7C" w14:textId="77777777" w:rsidTr="008C0BEF">
        <w:trPr>
          <w:trHeight w:val="360"/>
        </w:trPr>
        <w:tc>
          <w:tcPr>
            <w:tcW w:w="746" w:type="dxa"/>
            <w:vMerge/>
            <w:tcBorders>
              <w:top w:val="single" w:sz="4" w:space="0" w:color="auto"/>
              <w:left w:val="single" w:sz="4" w:space="0" w:color="auto"/>
              <w:bottom w:val="single" w:sz="4" w:space="0" w:color="000000"/>
              <w:right w:val="single" w:sz="4" w:space="0" w:color="auto"/>
            </w:tcBorders>
            <w:vAlign w:val="center"/>
            <w:hideMark/>
          </w:tcPr>
          <w:p w14:paraId="2B643977" w14:textId="77777777" w:rsidR="006C4948" w:rsidRPr="006C4948" w:rsidRDefault="006C4948" w:rsidP="006C4948">
            <w:pPr>
              <w:spacing w:after="0" w:line="240" w:lineRule="auto"/>
              <w:rPr>
                <w:rFonts w:ascii="Yu Gothic" w:eastAsia="Yu Gothic" w:hAnsi="Yu Gothic" w:cs="ＭＳ Ｐゴシック"/>
                <w:color w:val="000000"/>
                <w:sz w:val="22"/>
                <w:lang w:eastAsia="ja-JP"/>
              </w:rPr>
            </w:pPr>
          </w:p>
        </w:tc>
        <w:tc>
          <w:tcPr>
            <w:tcW w:w="1296" w:type="dxa"/>
            <w:vMerge/>
            <w:tcBorders>
              <w:top w:val="nil"/>
              <w:left w:val="single" w:sz="4" w:space="0" w:color="auto"/>
              <w:bottom w:val="single" w:sz="4" w:space="0" w:color="000000"/>
              <w:right w:val="single" w:sz="4" w:space="0" w:color="auto"/>
            </w:tcBorders>
            <w:vAlign w:val="center"/>
            <w:hideMark/>
          </w:tcPr>
          <w:p w14:paraId="3EFD5D07" w14:textId="77777777" w:rsidR="006C4948" w:rsidRPr="006C4948" w:rsidRDefault="006C4948" w:rsidP="006C4948">
            <w:pPr>
              <w:spacing w:after="0" w:line="240" w:lineRule="auto"/>
              <w:rPr>
                <w:rFonts w:ascii="Yu Gothic" w:eastAsia="Yu Gothic" w:hAnsi="Yu Gothic" w:cs="ＭＳ Ｐゴシック"/>
                <w:color w:val="000000"/>
                <w:sz w:val="22"/>
                <w:lang w:eastAsia="ja-JP"/>
              </w:rPr>
            </w:pPr>
          </w:p>
        </w:tc>
        <w:tc>
          <w:tcPr>
            <w:tcW w:w="1434" w:type="dxa"/>
            <w:vMerge/>
            <w:tcBorders>
              <w:top w:val="nil"/>
              <w:left w:val="single" w:sz="4" w:space="0" w:color="auto"/>
              <w:bottom w:val="single" w:sz="4" w:space="0" w:color="000000"/>
              <w:right w:val="single" w:sz="4" w:space="0" w:color="auto"/>
            </w:tcBorders>
            <w:vAlign w:val="center"/>
            <w:hideMark/>
          </w:tcPr>
          <w:p w14:paraId="18E6A45F" w14:textId="77777777" w:rsidR="006C4948" w:rsidRPr="006C4948" w:rsidRDefault="006C4948" w:rsidP="006C4948">
            <w:pPr>
              <w:spacing w:after="0" w:line="240" w:lineRule="auto"/>
              <w:rPr>
                <w:rFonts w:ascii="Yu Gothic" w:eastAsia="Yu Gothic" w:hAnsi="Yu Gothic" w:cs="ＭＳ Ｐゴシック"/>
                <w:color w:val="000000"/>
                <w:sz w:val="22"/>
                <w:lang w:eastAsia="ja-JP"/>
              </w:rPr>
            </w:pPr>
          </w:p>
        </w:tc>
        <w:tc>
          <w:tcPr>
            <w:tcW w:w="2158" w:type="dxa"/>
            <w:tcBorders>
              <w:top w:val="nil"/>
              <w:left w:val="nil"/>
              <w:bottom w:val="single" w:sz="4" w:space="0" w:color="auto"/>
              <w:right w:val="single" w:sz="4" w:space="0" w:color="auto"/>
            </w:tcBorders>
            <w:noWrap/>
            <w:vAlign w:val="center"/>
            <w:hideMark/>
          </w:tcPr>
          <w:p w14:paraId="633C8748" w14:textId="77777777" w:rsidR="006C4948" w:rsidRPr="006C4948" w:rsidRDefault="006C4948"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1022" w:type="dxa"/>
            <w:tcBorders>
              <w:top w:val="nil"/>
              <w:left w:val="nil"/>
              <w:bottom w:val="single" w:sz="4" w:space="0" w:color="auto"/>
              <w:right w:val="single" w:sz="4" w:space="0" w:color="auto"/>
            </w:tcBorders>
            <w:noWrap/>
            <w:vAlign w:val="center"/>
            <w:hideMark/>
          </w:tcPr>
          <w:p w14:paraId="241ECCE5" w14:textId="77777777" w:rsidR="006C4948" w:rsidRPr="006C4948" w:rsidRDefault="006C4948"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1422" w:type="dxa"/>
            <w:tcBorders>
              <w:top w:val="nil"/>
              <w:left w:val="nil"/>
              <w:bottom w:val="single" w:sz="4" w:space="0" w:color="auto"/>
              <w:right w:val="single" w:sz="4" w:space="0" w:color="auto"/>
            </w:tcBorders>
            <w:noWrap/>
            <w:vAlign w:val="center"/>
            <w:hideMark/>
          </w:tcPr>
          <w:p w14:paraId="4CA72AB5" w14:textId="77777777" w:rsidR="006C4948" w:rsidRPr="006C4948" w:rsidRDefault="006C4948"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1422" w:type="dxa"/>
            <w:tcBorders>
              <w:top w:val="nil"/>
              <w:left w:val="nil"/>
              <w:bottom w:val="single" w:sz="4" w:space="0" w:color="auto"/>
              <w:right w:val="single" w:sz="4" w:space="0" w:color="auto"/>
            </w:tcBorders>
            <w:noWrap/>
            <w:vAlign w:val="center"/>
            <w:hideMark/>
          </w:tcPr>
          <w:p w14:paraId="441E4077" w14:textId="77777777" w:rsidR="006C4948" w:rsidRPr="006C4948" w:rsidRDefault="006C4948"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r>
      <w:tr w:rsidR="006C4948" w:rsidRPr="006C4948" w14:paraId="189A98CD" w14:textId="77777777" w:rsidTr="008C0BEF">
        <w:trPr>
          <w:trHeight w:val="360"/>
        </w:trPr>
        <w:tc>
          <w:tcPr>
            <w:tcW w:w="746" w:type="dxa"/>
            <w:vMerge/>
            <w:tcBorders>
              <w:top w:val="single" w:sz="4" w:space="0" w:color="auto"/>
              <w:left w:val="single" w:sz="4" w:space="0" w:color="auto"/>
              <w:bottom w:val="single" w:sz="4" w:space="0" w:color="000000"/>
              <w:right w:val="single" w:sz="4" w:space="0" w:color="auto"/>
            </w:tcBorders>
            <w:vAlign w:val="center"/>
            <w:hideMark/>
          </w:tcPr>
          <w:p w14:paraId="11D9721D" w14:textId="77777777" w:rsidR="006C4948" w:rsidRPr="006C4948" w:rsidRDefault="006C4948" w:rsidP="006C4948">
            <w:pPr>
              <w:spacing w:after="0" w:line="240" w:lineRule="auto"/>
              <w:rPr>
                <w:rFonts w:ascii="Yu Gothic" w:eastAsia="Yu Gothic" w:hAnsi="Yu Gothic" w:cs="ＭＳ Ｐゴシック"/>
                <w:color w:val="000000"/>
                <w:sz w:val="22"/>
                <w:lang w:eastAsia="ja-JP"/>
              </w:rPr>
            </w:pPr>
          </w:p>
        </w:tc>
        <w:tc>
          <w:tcPr>
            <w:tcW w:w="1296" w:type="dxa"/>
            <w:vMerge/>
            <w:tcBorders>
              <w:top w:val="nil"/>
              <w:left w:val="single" w:sz="4" w:space="0" w:color="auto"/>
              <w:bottom w:val="single" w:sz="4" w:space="0" w:color="000000"/>
              <w:right w:val="single" w:sz="4" w:space="0" w:color="auto"/>
            </w:tcBorders>
            <w:vAlign w:val="center"/>
            <w:hideMark/>
          </w:tcPr>
          <w:p w14:paraId="5DFB82BF" w14:textId="77777777" w:rsidR="006C4948" w:rsidRPr="006C4948" w:rsidRDefault="006C4948" w:rsidP="006C4948">
            <w:pPr>
              <w:spacing w:after="0" w:line="240" w:lineRule="auto"/>
              <w:rPr>
                <w:rFonts w:ascii="Yu Gothic" w:eastAsia="Yu Gothic" w:hAnsi="Yu Gothic" w:cs="ＭＳ Ｐゴシック"/>
                <w:color w:val="000000"/>
                <w:sz w:val="22"/>
                <w:lang w:eastAsia="ja-JP"/>
              </w:rPr>
            </w:pPr>
          </w:p>
        </w:tc>
        <w:tc>
          <w:tcPr>
            <w:tcW w:w="1434" w:type="dxa"/>
            <w:vMerge/>
            <w:tcBorders>
              <w:top w:val="nil"/>
              <w:left w:val="single" w:sz="4" w:space="0" w:color="auto"/>
              <w:bottom w:val="single" w:sz="4" w:space="0" w:color="000000"/>
              <w:right w:val="single" w:sz="4" w:space="0" w:color="auto"/>
            </w:tcBorders>
            <w:vAlign w:val="center"/>
            <w:hideMark/>
          </w:tcPr>
          <w:p w14:paraId="14D3CCC7" w14:textId="77777777" w:rsidR="006C4948" w:rsidRPr="006C4948" w:rsidRDefault="006C4948" w:rsidP="006C4948">
            <w:pPr>
              <w:spacing w:after="0" w:line="240" w:lineRule="auto"/>
              <w:rPr>
                <w:rFonts w:ascii="Yu Gothic" w:eastAsia="Yu Gothic" w:hAnsi="Yu Gothic" w:cs="ＭＳ Ｐゴシック"/>
                <w:color w:val="000000"/>
                <w:sz w:val="22"/>
                <w:lang w:eastAsia="ja-JP"/>
              </w:rPr>
            </w:pPr>
          </w:p>
        </w:tc>
        <w:tc>
          <w:tcPr>
            <w:tcW w:w="2158" w:type="dxa"/>
            <w:tcBorders>
              <w:top w:val="nil"/>
              <w:left w:val="nil"/>
              <w:bottom w:val="single" w:sz="4" w:space="0" w:color="auto"/>
              <w:right w:val="single" w:sz="4" w:space="0" w:color="auto"/>
            </w:tcBorders>
            <w:noWrap/>
            <w:vAlign w:val="center"/>
            <w:hideMark/>
          </w:tcPr>
          <w:p w14:paraId="1C63BDA5" w14:textId="77777777" w:rsidR="006C4948" w:rsidRPr="006C4948" w:rsidRDefault="006C4948"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1022" w:type="dxa"/>
            <w:tcBorders>
              <w:top w:val="nil"/>
              <w:left w:val="nil"/>
              <w:bottom w:val="single" w:sz="4" w:space="0" w:color="auto"/>
              <w:right w:val="single" w:sz="4" w:space="0" w:color="auto"/>
            </w:tcBorders>
            <w:noWrap/>
            <w:vAlign w:val="center"/>
            <w:hideMark/>
          </w:tcPr>
          <w:p w14:paraId="396F2421" w14:textId="77777777" w:rsidR="006C4948" w:rsidRPr="006C4948" w:rsidRDefault="006C4948"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1422" w:type="dxa"/>
            <w:tcBorders>
              <w:top w:val="nil"/>
              <w:left w:val="nil"/>
              <w:bottom w:val="single" w:sz="4" w:space="0" w:color="auto"/>
              <w:right w:val="single" w:sz="4" w:space="0" w:color="auto"/>
            </w:tcBorders>
            <w:noWrap/>
            <w:vAlign w:val="center"/>
            <w:hideMark/>
          </w:tcPr>
          <w:p w14:paraId="77C9E0E0" w14:textId="77777777" w:rsidR="006C4948" w:rsidRPr="006C4948" w:rsidRDefault="006C4948"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1422" w:type="dxa"/>
            <w:tcBorders>
              <w:top w:val="nil"/>
              <w:left w:val="nil"/>
              <w:bottom w:val="single" w:sz="4" w:space="0" w:color="auto"/>
              <w:right w:val="single" w:sz="4" w:space="0" w:color="auto"/>
            </w:tcBorders>
            <w:noWrap/>
            <w:vAlign w:val="center"/>
            <w:hideMark/>
          </w:tcPr>
          <w:p w14:paraId="16C4D7E1" w14:textId="77777777" w:rsidR="006C4948" w:rsidRPr="006C4948" w:rsidRDefault="006C4948"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r>
      <w:tr w:rsidR="008C0BEF" w:rsidRPr="006C4948" w14:paraId="7CFB75DB" w14:textId="77777777" w:rsidTr="008C0BEF">
        <w:trPr>
          <w:trHeight w:val="127"/>
        </w:trPr>
        <w:tc>
          <w:tcPr>
            <w:tcW w:w="746" w:type="dxa"/>
            <w:vMerge/>
            <w:tcBorders>
              <w:top w:val="single" w:sz="4" w:space="0" w:color="auto"/>
              <w:left w:val="single" w:sz="4" w:space="0" w:color="auto"/>
              <w:bottom w:val="single" w:sz="4" w:space="0" w:color="000000"/>
              <w:right w:val="single" w:sz="4" w:space="0" w:color="auto"/>
            </w:tcBorders>
            <w:vAlign w:val="center"/>
            <w:hideMark/>
          </w:tcPr>
          <w:p w14:paraId="7DE49D93" w14:textId="77777777" w:rsidR="008C0BEF" w:rsidRPr="006C4948" w:rsidRDefault="008C0BEF" w:rsidP="006C4948">
            <w:pPr>
              <w:spacing w:after="0" w:line="240" w:lineRule="auto"/>
              <w:rPr>
                <w:rFonts w:ascii="Yu Gothic" w:eastAsia="Yu Gothic" w:hAnsi="Yu Gothic" w:cs="ＭＳ Ｐゴシック"/>
                <w:color w:val="000000"/>
                <w:sz w:val="22"/>
                <w:lang w:eastAsia="ja-JP"/>
              </w:rPr>
            </w:pPr>
          </w:p>
        </w:tc>
        <w:tc>
          <w:tcPr>
            <w:tcW w:w="1296" w:type="dxa"/>
            <w:vMerge/>
            <w:tcBorders>
              <w:top w:val="nil"/>
              <w:left w:val="single" w:sz="4" w:space="0" w:color="auto"/>
              <w:bottom w:val="single" w:sz="4" w:space="0" w:color="000000"/>
              <w:right w:val="single" w:sz="4" w:space="0" w:color="auto"/>
            </w:tcBorders>
            <w:vAlign w:val="center"/>
            <w:hideMark/>
          </w:tcPr>
          <w:p w14:paraId="467E1DF1" w14:textId="77777777" w:rsidR="008C0BEF" w:rsidRPr="006C4948" w:rsidRDefault="008C0BEF" w:rsidP="006C4948">
            <w:pPr>
              <w:spacing w:after="0" w:line="240" w:lineRule="auto"/>
              <w:rPr>
                <w:rFonts w:ascii="Yu Gothic" w:eastAsia="Yu Gothic" w:hAnsi="Yu Gothic" w:cs="ＭＳ Ｐゴシック"/>
                <w:color w:val="000000"/>
                <w:sz w:val="22"/>
                <w:lang w:eastAsia="ja-JP"/>
              </w:rPr>
            </w:pPr>
          </w:p>
        </w:tc>
        <w:tc>
          <w:tcPr>
            <w:tcW w:w="1434" w:type="dxa"/>
            <w:vMerge/>
            <w:tcBorders>
              <w:top w:val="nil"/>
              <w:left w:val="single" w:sz="4" w:space="0" w:color="auto"/>
              <w:bottom w:val="single" w:sz="4" w:space="0" w:color="000000"/>
              <w:right w:val="single" w:sz="4" w:space="0" w:color="auto"/>
            </w:tcBorders>
            <w:vAlign w:val="center"/>
            <w:hideMark/>
          </w:tcPr>
          <w:p w14:paraId="6F4F8508" w14:textId="77777777" w:rsidR="008C0BEF" w:rsidRPr="006C4948" w:rsidRDefault="008C0BEF" w:rsidP="006C4948">
            <w:pPr>
              <w:spacing w:after="0" w:line="240" w:lineRule="auto"/>
              <w:rPr>
                <w:rFonts w:ascii="Yu Gothic" w:eastAsia="Yu Gothic" w:hAnsi="Yu Gothic" w:cs="ＭＳ Ｐゴシック"/>
                <w:color w:val="000000"/>
                <w:sz w:val="22"/>
                <w:lang w:eastAsia="ja-JP"/>
              </w:rPr>
            </w:pPr>
          </w:p>
        </w:tc>
        <w:tc>
          <w:tcPr>
            <w:tcW w:w="2158" w:type="dxa"/>
            <w:tcBorders>
              <w:top w:val="nil"/>
              <w:left w:val="nil"/>
              <w:bottom w:val="single" w:sz="4" w:space="0" w:color="auto"/>
              <w:right w:val="single" w:sz="4" w:space="0" w:color="auto"/>
            </w:tcBorders>
            <w:noWrap/>
            <w:vAlign w:val="center"/>
            <w:hideMark/>
          </w:tcPr>
          <w:p w14:paraId="58AF85FB" w14:textId="25231CDE"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1022" w:type="dxa"/>
            <w:tcBorders>
              <w:top w:val="nil"/>
              <w:left w:val="nil"/>
              <w:bottom w:val="single" w:sz="4" w:space="0" w:color="auto"/>
              <w:right w:val="single" w:sz="4" w:space="0" w:color="auto"/>
            </w:tcBorders>
            <w:noWrap/>
            <w:vAlign w:val="center"/>
            <w:hideMark/>
          </w:tcPr>
          <w:p w14:paraId="60B3D49C" w14:textId="471F224C"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1422" w:type="dxa"/>
            <w:tcBorders>
              <w:top w:val="nil"/>
              <w:left w:val="nil"/>
              <w:bottom w:val="single" w:sz="4" w:space="0" w:color="auto"/>
              <w:right w:val="single" w:sz="4" w:space="0" w:color="auto"/>
            </w:tcBorders>
            <w:noWrap/>
            <w:vAlign w:val="center"/>
            <w:hideMark/>
          </w:tcPr>
          <w:p w14:paraId="6DF04A1F" w14:textId="3ACE47BF"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1422" w:type="dxa"/>
            <w:tcBorders>
              <w:top w:val="nil"/>
              <w:left w:val="nil"/>
              <w:bottom w:val="single" w:sz="4" w:space="0" w:color="auto"/>
              <w:right w:val="single" w:sz="4" w:space="0" w:color="auto"/>
            </w:tcBorders>
            <w:noWrap/>
            <w:vAlign w:val="center"/>
            <w:hideMark/>
          </w:tcPr>
          <w:p w14:paraId="36588538" w14:textId="106637C8"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r>
      <w:tr w:rsidR="008C0BEF" w:rsidRPr="006C4948" w14:paraId="16C1F131" w14:textId="77777777" w:rsidTr="008C0BEF">
        <w:trPr>
          <w:trHeight w:val="360"/>
        </w:trPr>
        <w:tc>
          <w:tcPr>
            <w:tcW w:w="746" w:type="dxa"/>
            <w:vMerge w:val="restart"/>
            <w:tcBorders>
              <w:top w:val="nil"/>
              <w:left w:val="single" w:sz="4" w:space="0" w:color="auto"/>
              <w:bottom w:val="single" w:sz="4" w:space="0" w:color="000000"/>
              <w:right w:val="single" w:sz="4" w:space="0" w:color="auto"/>
            </w:tcBorders>
            <w:noWrap/>
            <w:vAlign w:val="center"/>
            <w:hideMark/>
          </w:tcPr>
          <w:p w14:paraId="55E53B75" w14:textId="77777777"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2</w:t>
            </w:r>
          </w:p>
        </w:tc>
        <w:tc>
          <w:tcPr>
            <w:tcW w:w="1296" w:type="dxa"/>
            <w:vMerge w:val="restart"/>
            <w:tcBorders>
              <w:top w:val="nil"/>
              <w:left w:val="single" w:sz="4" w:space="0" w:color="auto"/>
              <w:bottom w:val="single" w:sz="4" w:space="0" w:color="000000"/>
              <w:right w:val="single" w:sz="4" w:space="0" w:color="auto"/>
            </w:tcBorders>
            <w:noWrap/>
            <w:vAlign w:val="center"/>
            <w:hideMark/>
          </w:tcPr>
          <w:p w14:paraId="5626DCBB" w14:textId="77777777"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有・無</w:t>
            </w:r>
          </w:p>
        </w:tc>
        <w:tc>
          <w:tcPr>
            <w:tcW w:w="1434" w:type="dxa"/>
            <w:vMerge w:val="restart"/>
            <w:tcBorders>
              <w:top w:val="nil"/>
              <w:left w:val="single" w:sz="4" w:space="0" w:color="auto"/>
              <w:bottom w:val="single" w:sz="4" w:space="0" w:color="000000"/>
              <w:right w:val="single" w:sz="4" w:space="0" w:color="auto"/>
            </w:tcBorders>
            <w:noWrap/>
            <w:vAlign w:val="center"/>
            <w:hideMark/>
          </w:tcPr>
          <w:p w14:paraId="2BEEDAFC" w14:textId="77777777"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2158" w:type="dxa"/>
            <w:tcBorders>
              <w:top w:val="nil"/>
              <w:left w:val="nil"/>
              <w:bottom w:val="single" w:sz="4" w:space="0" w:color="auto"/>
              <w:right w:val="single" w:sz="4" w:space="0" w:color="auto"/>
            </w:tcBorders>
            <w:noWrap/>
            <w:vAlign w:val="center"/>
            <w:hideMark/>
          </w:tcPr>
          <w:p w14:paraId="0553C25A" w14:textId="2E165F1D"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1022" w:type="dxa"/>
            <w:tcBorders>
              <w:top w:val="nil"/>
              <w:left w:val="nil"/>
              <w:bottom w:val="single" w:sz="4" w:space="0" w:color="auto"/>
              <w:right w:val="single" w:sz="4" w:space="0" w:color="auto"/>
            </w:tcBorders>
            <w:noWrap/>
            <w:vAlign w:val="center"/>
            <w:hideMark/>
          </w:tcPr>
          <w:p w14:paraId="7953B123" w14:textId="0ED69F74"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1422" w:type="dxa"/>
            <w:tcBorders>
              <w:top w:val="nil"/>
              <w:left w:val="nil"/>
              <w:bottom w:val="single" w:sz="4" w:space="0" w:color="auto"/>
              <w:right w:val="single" w:sz="4" w:space="0" w:color="auto"/>
            </w:tcBorders>
            <w:noWrap/>
            <w:vAlign w:val="center"/>
            <w:hideMark/>
          </w:tcPr>
          <w:p w14:paraId="1ABF7FA2" w14:textId="25E544C8"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1422" w:type="dxa"/>
            <w:tcBorders>
              <w:top w:val="nil"/>
              <w:left w:val="nil"/>
              <w:bottom w:val="single" w:sz="4" w:space="0" w:color="auto"/>
              <w:right w:val="single" w:sz="4" w:space="0" w:color="auto"/>
            </w:tcBorders>
            <w:noWrap/>
            <w:vAlign w:val="center"/>
            <w:hideMark/>
          </w:tcPr>
          <w:p w14:paraId="3F901D54" w14:textId="1178B132"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r>
      <w:tr w:rsidR="008C0BEF" w:rsidRPr="006C4948" w14:paraId="3E8286B1" w14:textId="77777777" w:rsidTr="008C0BEF">
        <w:trPr>
          <w:trHeight w:val="360"/>
        </w:trPr>
        <w:tc>
          <w:tcPr>
            <w:tcW w:w="746" w:type="dxa"/>
            <w:vMerge/>
            <w:tcBorders>
              <w:top w:val="nil"/>
              <w:left w:val="single" w:sz="4" w:space="0" w:color="auto"/>
              <w:bottom w:val="single" w:sz="4" w:space="0" w:color="000000"/>
              <w:right w:val="single" w:sz="4" w:space="0" w:color="auto"/>
            </w:tcBorders>
            <w:vAlign w:val="center"/>
            <w:hideMark/>
          </w:tcPr>
          <w:p w14:paraId="294E97D4" w14:textId="77777777" w:rsidR="008C0BEF" w:rsidRPr="006C4948" w:rsidRDefault="008C0BEF" w:rsidP="006C4948">
            <w:pPr>
              <w:spacing w:after="0" w:line="240" w:lineRule="auto"/>
              <w:rPr>
                <w:rFonts w:ascii="Yu Gothic" w:eastAsia="Yu Gothic" w:hAnsi="Yu Gothic" w:cs="ＭＳ Ｐゴシック"/>
                <w:color w:val="000000"/>
                <w:sz w:val="22"/>
                <w:lang w:eastAsia="ja-JP"/>
              </w:rPr>
            </w:pPr>
          </w:p>
        </w:tc>
        <w:tc>
          <w:tcPr>
            <w:tcW w:w="1296" w:type="dxa"/>
            <w:vMerge/>
            <w:tcBorders>
              <w:top w:val="nil"/>
              <w:left w:val="single" w:sz="4" w:space="0" w:color="auto"/>
              <w:bottom w:val="single" w:sz="4" w:space="0" w:color="000000"/>
              <w:right w:val="single" w:sz="4" w:space="0" w:color="auto"/>
            </w:tcBorders>
            <w:vAlign w:val="center"/>
            <w:hideMark/>
          </w:tcPr>
          <w:p w14:paraId="47236E3E" w14:textId="77777777" w:rsidR="008C0BEF" w:rsidRPr="006C4948" w:rsidRDefault="008C0BEF" w:rsidP="006C4948">
            <w:pPr>
              <w:spacing w:after="0" w:line="240" w:lineRule="auto"/>
              <w:rPr>
                <w:rFonts w:ascii="Yu Gothic" w:eastAsia="Yu Gothic" w:hAnsi="Yu Gothic" w:cs="ＭＳ Ｐゴシック"/>
                <w:color w:val="000000"/>
                <w:sz w:val="22"/>
                <w:lang w:eastAsia="ja-JP"/>
              </w:rPr>
            </w:pPr>
          </w:p>
        </w:tc>
        <w:tc>
          <w:tcPr>
            <w:tcW w:w="1434" w:type="dxa"/>
            <w:vMerge/>
            <w:tcBorders>
              <w:top w:val="nil"/>
              <w:left w:val="single" w:sz="4" w:space="0" w:color="auto"/>
              <w:bottom w:val="single" w:sz="4" w:space="0" w:color="000000"/>
              <w:right w:val="single" w:sz="4" w:space="0" w:color="auto"/>
            </w:tcBorders>
            <w:vAlign w:val="center"/>
            <w:hideMark/>
          </w:tcPr>
          <w:p w14:paraId="35490C47" w14:textId="77777777" w:rsidR="008C0BEF" w:rsidRPr="006C4948" w:rsidRDefault="008C0BEF" w:rsidP="006C4948">
            <w:pPr>
              <w:spacing w:after="0" w:line="240" w:lineRule="auto"/>
              <w:rPr>
                <w:rFonts w:ascii="Yu Gothic" w:eastAsia="Yu Gothic" w:hAnsi="Yu Gothic" w:cs="ＭＳ Ｐゴシック"/>
                <w:color w:val="000000"/>
                <w:sz w:val="22"/>
                <w:lang w:eastAsia="ja-JP"/>
              </w:rPr>
            </w:pPr>
          </w:p>
        </w:tc>
        <w:tc>
          <w:tcPr>
            <w:tcW w:w="2158" w:type="dxa"/>
            <w:tcBorders>
              <w:top w:val="nil"/>
              <w:left w:val="nil"/>
              <w:bottom w:val="single" w:sz="4" w:space="0" w:color="auto"/>
              <w:right w:val="single" w:sz="4" w:space="0" w:color="auto"/>
            </w:tcBorders>
            <w:noWrap/>
            <w:vAlign w:val="center"/>
            <w:hideMark/>
          </w:tcPr>
          <w:p w14:paraId="4E68CBC5" w14:textId="5447D332"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1022" w:type="dxa"/>
            <w:tcBorders>
              <w:top w:val="nil"/>
              <w:left w:val="nil"/>
              <w:bottom w:val="single" w:sz="4" w:space="0" w:color="auto"/>
              <w:right w:val="single" w:sz="4" w:space="0" w:color="auto"/>
            </w:tcBorders>
            <w:noWrap/>
            <w:vAlign w:val="center"/>
            <w:hideMark/>
          </w:tcPr>
          <w:p w14:paraId="255E2573" w14:textId="16B81A85"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1422" w:type="dxa"/>
            <w:tcBorders>
              <w:top w:val="nil"/>
              <w:left w:val="nil"/>
              <w:bottom w:val="single" w:sz="4" w:space="0" w:color="auto"/>
              <w:right w:val="single" w:sz="4" w:space="0" w:color="auto"/>
            </w:tcBorders>
            <w:noWrap/>
            <w:vAlign w:val="center"/>
            <w:hideMark/>
          </w:tcPr>
          <w:p w14:paraId="27CF814C" w14:textId="78E03F6D"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1422" w:type="dxa"/>
            <w:tcBorders>
              <w:top w:val="nil"/>
              <w:left w:val="nil"/>
              <w:bottom w:val="single" w:sz="4" w:space="0" w:color="auto"/>
              <w:right w:val="single" w:sz="4" w:space="0" w:color="auto"/>
            </w:tcBorders>
            <w:noWrap/>
            <w:vAlign w:val="center"/>
            <w:hideMark/>
          </w:tcPr>
          <w:p w14:paraId="5EA01640" w14:textId="488CD0A2"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r>
      <w:tr w:rsidR="008C0BEF" w:rsidRPr="006C4948" w14:paraId="2E1BCC35" w14:textId="77777777" w:rsidTr="008C0BEF">
        <w:trPr>
          <w:trHeight w:val="360"/>
        </w:trPr>
        <w:tc>
          <w:tcPr>
            <w:tcW w:w="746" w:type="dxa"/>
            <w:vMerge/>
            <w:tcBorders>
              <w:top w:val="nil"/>
              <w:left w:val="single" w:sz="4" w:space="0" w:color="auto"/>
              <w:bottom w:val="single" w:sz="4" w:space="0" w:color="000000"/>
              <w:right w:val="single" w:sz="4" w:space="0" w:color="auto"/>
            </w:tcBorders>
            <w:vAlign w:val="center"/>
            <w:hideMark/>
          </w:tcPr>
          <w:p w14:paraId="30760E4A" w14:textId="77777777" w:rsidR="008C0BEF" w:rsidRPr="006C4948" w:rsidRDefault="008C0BEF" w:rsidP="006C4948">
            <w:pPr>
              <w:spacing w:after="0" w:line="240" w:lineRule="auto"/>
              <w:rPr>
                <w:rFonts w:ascii="Yu Gothic" w:eastAsia="Yu Gothic" w:hAnsi="Yu Gothic" w:cs="ＭＳ Ｐゴシック"/>
                <w:color w:val="000000"/>
                <w:sz w:val="22"/>
                <w:lang w:eastAsia="ja-JP"/>
              </w:rPr>
            </w:pPr>
          </w:p>
        </w:tc>
        <w:tc>
          <w:tcPr>
            <w:tcW w:w="1296" w:type="dxa"/>
            <w:vMerge/>
            <w:tcBorders>
              <w:top w:val="nil"/>
              <w:left w:val="single" w:sz="4" w:space="0" w:color="auto"/>
              <w:bottom w:val="single" w:sz="4" w:space="0" w:color="000000"/>
              <w:right w:val="single" w:sz="4" w:space="0" w:color="auto"/>
            </w:tcBorders>
            <w:vAlign w:val="center"/>
            <w:hideMark/>
          </w:tcPr>
          <w:p w14:paraId="3C0F0C7E" w14:textId="77777777" w:rsidR="008C0BEF" w:rsidRPr="006C4948" w:rsidRDefault="008C0BEF" w:rsidP="006C4948">
            <w:pPr>
              <w:spacing w:after="0" w:line="240" w:lineRule="auto"/>
              <w:rPr>
                <w:rFonts w:ascii="Yu Gothic" w:eastAsia="Yu Gothic" w:hAnsi="Yu Gothic" w:cs="ＭＳ Ｐゴシック"/>
                <w:color w:val="000000"/>
                <w:sz w:val="22"/>
                <w:lang w:eastAsia="ja-JP"/>
              </w:rPr>
            </w:pPr>
          </w:p>
        </w:tc>
        <w:tc>
          <w:tcPr>
            <w:tcW w:w="1434" w:type="dxa"/>
            <w:vMerge/>
            <w:tcBorders>
              <w:top w:val="nil"/>
              <w:left w:val="single" w:sz="4" w:space="0" w:color="auto"/>
              <w:bottom w:val="single" w:sz="4" w:space="0" w:color="000000"/>
              <w:right w:val="single" w:sz="4" w:space="0" w:color="auto"/>
            </w:tcBorders>
            <w:vAlign w:val="center"/>
            <w:hideMark/>
          </w:tcPr>
          <w:p w14:paraId="285F0EEC" w14:textId="77777777" w:rsidR="008C0BEF" w:rsidRPr="006C4948" w:rsidRDefault="008C0BEF" w:rsidP="006C4948">
            <w:pPr>
              <w:spacing w:after="0" w:line="240" w:lineRule="auto"/>
              <w:rPr>
                <w:rFonts w:ascii="Yu Gothic" w:eastAsia="Yu Gothic" w:hAnsi="Yu Gothic" w:cs="ＭＳ Ｐゴシック"/>
                <w:color w:val="000000"/>
                <w:sz w:val="22"/>
                <w:lang w:eastAsia="ja-JP"/>
              </w:rPr>
            </w:pPr>
          </w:p>
        </w:tc>
        <w:tc>
          <w:tcPr>
            <w:tcW w:w="2158" w:type="dxa"/>
            <w:tcBorders>
              <w:top w:val="nil"/>
              <w:left w:val="nil"/>
              <w:bottom w:val="single" w:sz="4" w:space="0" w:color="auto"/>
              <w:right w:val="single" w:sz="4" w:space="0" w:color="auto"/>
            </w:tcBorders>
            <w:noWrap/>
            <w:vAlign w:val="center"/>
            <w:hideMark/>
          </w:tcPr>
          <w:p w14:paraId="61CC42B5" w14:textId="13FC8513"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1022" w:type="dxa"/>
            <w:tcBorders>
              <w:top w:val="nil"/>
              <w:left w:val="nil"/>
              <w:bottom w:val="single" w:sz="4" w:space="0" w:color="auto"/>
              <w:right w:val="single" w:sz="4" w:space="0" w:color="auto"/>
            </w:tcBorders>
            <w:noWrap/>
            <w:vAlign w:val="center"/>
            <w:hideMark/>
          </w:tcPr>
          <w:p w14:paraId="742804D3" w14:textId="19E77970"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1422" w:type="dxa"/>
            <w:tcBorders>
              <w:top w:val="nil"/>
              <w:left w:val="nil"/>
              <w:bottom w:val="single" w:sz="4" w:space="0" w:color="auto"/>
              <w:right w:val="single" w:sz="4" w:space="0" w:color="auto"/>
            </w:tcBorders>
            <w:noWrap/>
            <w:vAlign w:val="center"/>
            <w:hideMark/>
          </w:tcPr>
          <w:p w14:paraId="3E4E0225" w14:textId="58EAB6EB"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1422" w:type="dxa"/>
            <w:tcBorders>
              <w:top w:val="nil"/>
              <w:left w:val="nil"/>
              <w:bottom w:val="single" w:sz="4" w:space="0" w:color="auto"/>
              <w:right w:val="single" w:sz="4" w:space="0" w:color="auto"/>
            </w:tcBorders>
            <w:noWrap/>
            <w:vAlign w:val="center"/>
            <w:hideMark/>
          </w:tcPr>
          <w:p w14:paraId="51B52A12" w14:textId="01DA4F3B"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r>
      <w:tr w:rsidR="008C0BEF" w:rsidRPr="006C4948" w14:paraId="267D36A9" w14:textId="77777777" w:rsidTr="008C0BEF">
        <w:trPr>
          <w:trHeight w:val="360"/>
        </w:trPr>
        <w:tc>
          <w:tcPr>
            <w:tcW w:w="746" w:type="dxa"/>
            <w:vMerge/>
            <w:tcBorders>
              <w:top w:val="nil"/>
              <w:left w:val="single" w:sz="4" w:space="0" w:color="auto"/>
              <w:bottom w:val="single" w:sz="4" w:space="0" w:color="000000"/>
              <w:right w:val="single" w:sz="4" w:space="0" w:color="auto"/>
            </w:tcBorders>
            <w:vAlign w:val="center"/>
            <w:hideMark/>
          </w:tcPr>
          <w:p w14:paraId="7B75D4A8" w14:textId="77777777" w:rsidR="008C0BEF" w:rsidRPr="006C4948" w:rsidRDefault="008C0BEF" w:rsidP="006C4948">
            <w:pPr>
              <w:spacing w:after="0" w:line="240" w:lineRule="auto"/>
              <w:rPr>
                <w:rFonts w:ascii="Yu Gothic" w:eastAsia="Yu Gothic" w:hAnsi="Yu Gothic" w:cs="ＭＳ Ｐゴシック"/>
                <w:color w:val="000000"/>
                <w:sz w:val="22"/>
                <w:lang w:eastAsia="ja-JP"/>
              </w:rPr>
            </w:pPr>
          </w:p>
        </w:tc>
        <w:tc>
          <w:tcPr>
            <w:tcW w:w="1296" w:type="dxa"/>
            <w:vMerge/>
            <w:tcBorders>
              <w:top w:val="nil"/>
              <w:left w:val="single" w:sz="4" w:space="0" w:color="auto"/>
              <w:bottom w:val="single" w:sz="4" w:space="0" w:color="000000"/>
              <w:right w:val="single" w:sz="4" w:space="0" w:color="auto"/>
            </w:tcBorders>
            <w:vAlign w:val="center"/>
            <w:hideMark/>
          </w:tcPr>
          <w:p w14:paraId="726C3534" w14:textId="77777777" w:rsidR="008C0BEF" w:rsidRPr="006C4948" w:rsidRDefault="008C0BEF" w:rsidP="006C4948">
            <w:pPr>
              <w:spacing w:after="0" w:line="240" w:lineRule="auto"/>
              <w:rPr>
                <w:rFonts w:ascii="Yu Gothic" w:eastAsia="Yu Gothic" w:hAnsi="Yu Gothic" w:cs="ＭＳ Ｐゴシック"/>
                <w:color w:val="000000"/>
                <w:sz w:val="22"/>
                <w:lang w:eastAsia="ja-JP"/>
              </w:rPr>
            </w:pPr>
          </w:p>
        </w:tc>
        <w:tc>
          <w:tcPr>
            <w:tcW w:w="1434" w:type="dxa"/>
            <w:vMerge/>
            <w:tcBorders>
              <w:top w:val="nil"/>
              <w:left w:val="single" w:sz="4" w:space="0" w:color="auto"/>
              <w:bottom w:val="single" w:sz="4" w:space="0" w:color="000000"/>
              <w:right w:val="single" w:sz="4" w:space="0" w:color="auto"/>
            </w:tcBorders>
            <w:vAlign w:val="center"/>
            <w:hideMark/>
          </w:tcPr>
          <w:p w14:paraId="3C41F59D" w14:textId="77777777" w:rsidR="008C0BEF" w:rsidRPr="006C4948" w:rsidRDefault="008C0BEF" w:rsidP="006C4948">
            <w:pPr>
              <w:spacing w:after="0" w:line="240" w:lineRule="auto"/>
              <w:rPr>
                <w:rFonts w:ascii="Yu Gothic" w:eastAsia="Yu Gothic" w:hAnsi="Yu Gothic" w:cs="ＭＳ Ｐゴシック"/>
                <w:color w:val="000000"/>
                <w:sz w:val="22"/>
                <w:lang w:eastAsia="ja-JP"/>
              </w:rPr>
            </w:pPr>
          </w:p>
        </w:tc>
        <w:tc>
          <w:tcPr>
            <w:tcW w:w="2158" w:type="dxa"/>
            <w:tcBorders>
              <w:top w:val="nil"/>
              <w:left w:val="nil"/>
              <w:bottom w:val="single" w:sz="4" w:space="0" w:color="auto"/>
              <w:right w:val="single" w:sz="4" w:space="0" w:color="auto"/>
            </w:tcBorders>
            <w:noWrap/>
            <w:vAlign w:val="center"/>
            <w:hideMark/>
          </w:tcPr>
          <w:p w14:paraId="49786D43" w14:textId="3705FC23"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1022" w:type="dxa"/>
            <w:tcBorders>
              <w:top w:val="nil"/>
              <w:left w:val="nil"/>
              <w:bottom w:val="single" w:sz="4" w:space="0" w:color="auto"/>
              <w:right w:val="single" w:sz="4" w:space="0" w:color="auto"/>
            </w:tcBorders>
            <w:noWrap/>
            <w:vAlign w:val="center"/>
            <w:hideMark/>
          </w:tcPr>
          <w:p w14:paraId="2C048C64" w14:textId="42CA2FD8"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1422" w:type="dxa"/>
            <w:tcBorders>
              <w:top w:val="nil"/>
              <w:left w:val="nil"/>
              <w:bottom w:val="single" w:sz="4" w:space="0" w:color="auto"/>
              <w:right w:val="single" w:sz="4" w:space="0" w:color="auto"/>
            </w:tcBorders>
            <w:noWrap/>
            <w:vAlign w:val="center"/>
            <w:hideMark/>
          </w:tcPr>
          <w:p w14:paraId="458AA521" w14:textId="7816DE0E"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1422" w:type="dxa"/>
            <w:tcBorders>
              <w:top w:val="nil"/>
              <w:left w:val="nil"/>
              <w:bottom w:val="single" w:sz="4" w:space="0" w:color="auto"/>
              <w:right w:val="single" w:sz="4" w:space="0" w:color="auto"/>
            </w:tcBorders>
            <w:noWrap/>
            <w:vAlign w:val="center"/>
            <w:hideMark/>
          </w:tcPr>
          <w:p w14:paraId="72EDC3CB" w14:textId="7C99FAD0"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r>
      <w:tr w:rsidR="008C0BEF" w:rsidRPr="006C4948" w14:paraId="36565D54" w14:textId="77777777" w:rsidTr="008C0BEF">
        <w:trPr>
          <w:trHeight w:val="141"/>
        </w:trPr>
        <w:tc>
          <w:tcPr>
            <w:tcW w:w="746" w:type="dxa"/>
            <w:vMerge/>
            <w:tcBorders>
              <w:top w:val="nil"/>
              <w:left w:val="single" w:sz="4" w:space="0" w:color="auto"/>
              <w:bottom w:val="single" w:sz="4" w:space="0" w:color="000000"/>
              <w:right w:val="single" w:sz="4" w:space="0" w:color="auto"/>
            </w:tcBorders>
            <w:vAlign w:val="center"/>
            <w:hideMark/>
          </w:tcPr>
          <w:p w14:paraId="2CA6CB3C" w14:textId="77777777" w:rsidR="008C0BEF" w:rsidRPr="006C4948" w:rsidRDefault="008C0BEF" w:rsidP="006C4948">
            <w:pPr>
              <w:spacing w:after="0" w:line="240" w:lineRule="auto"/>
              <w:rPr>
                <w:rFonts w:ascii="Yu Gothic" w:eastAsia="Yu Gothic" w:hAnsi="Yu Gothic" w:cs="ＭＳ Ｐゴシック"/>
                <w:color w:val="000000"/>
                <w:sz w:val="22"/>
                <w:lang w:eastAsia="ja-JP"/>
              </w:rPr>
            </w:pPr>
          </w:p>
        </w:tc>
        <w:tc>
          <w:tcPr>
            <w:tcW w:w="1296" w:type="dxa"/>
            <w:vMerge/>
            <w:tcBorders>
              <w:top w:val="nil"/>
              <w:left w:val="single" w:sz="4" w:space="0" w:color="auto"/>
              <w:bottom w:val="single" w:sz="4" w:space="0" w:color="000000"/>
              <w:right w:val="single" w:sz="4" w:space="0" w:color="auto"/>
            </w:tcBorders>
            <w:vAlign w:val="center"/>
            <w:hideMark/>
          </w:tcPr>
          <w:p w14:paraId="15CF8E79" w14:textId="77777777" w:rsidR="008C0BEF" w:rsidRPr="006C4948" w:rsidRDefault="008C0BEF" w:rsidP="006C4948">
            <w:pPr>
              <w:spacing w:after="0" w:line="240" w:lineRule="auto"/>
              <w:rPr>
                <w:rFonts w:ascii="Yu Gothic" w:eastAsia="Yu Gothic" w:hAnsi="Yu Gothic" w:cs="ＭＳ Ｐゴシック"/>
                <w:color w:val="000000"/>
                <w:sz w:val="22"/>
                <w:lang w:eastAsia="ja-JP"/>
              </w:rPr>
            </w:pPr>
          </w:p>
        </w:tc>
        <w:tc>
          <w:tcPr>
            <w:tcW w:w="1434" w:type="dxa"/>
            <w:vMerge/>
            <w:tcBorders>
              <w:top w:val="nil"/>
              <w:left w:val="single" w:sz="4" w:space="0" w:color="auto"/>
              <w:bottom w:val="single" w:sz="4" w:space="0" w:color="000000"/>
              <w:right w:val="single" w:sz="4" w:space="0" w:color="auto"/>
            </w:tcBorders>
            <w:vAlign w:val="center"/>
            <w:hideMark/>
          </w:tcPr>
          <w:p w14:paraId="56996AFB" w14:textId="77777777" w:rsidR="008C0BEF" w:rsidRPr="006C4948" w:rsidRDefault="008C0BEF" w:rsidP="006C4948">
            <w:pPr>
              <w:spacing w:after="0" w:line="240" w:lineRule="auto"/>
              <w:rPr>
                <w:rFonts w:ascii="Yu Gothic" w:eastAsia="Yu Gothic" w:hAnsi="Yu Gothic" w:cs="ＭＳ Ｐゴシック"/>
                <w:color w:val="000000"/>
                <w:sz w:val="22"/>
                <w:lang w:eastAsia="ja-JP"/>
              </w:rPr>
            </w:pPr>
          </w:p>
        </w:tc>
        <w:tc>
          <w:tcPr>
            <w:tcW w:w="2158" w:type="dxa"/>
            <w:tcBorders>
              <w:top w:val="nil"/>
              <w:left w:val="nil"/>
              <w:bottom w:val="single" w:sz="4" w:space="0" w:color="auto"/>
              <w:right w:val="single" w:sz="4" w:space="0" w:color="auto"/>
            </w:tcBorders>
            <w:noWrap/>
            <w:vAlign w:val="center"/>
            <w:hideMark/>
          </w:tcPr>
          <w:p w14:paraId="56AA13C5" w14:textId="123CEC4D"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1022" w:type="dxa"/>
            <w:tcBorders>
              <w:top w:val="nil"/>
              <w:left w:val="nil"/>
              <w:bottom w:val="single" w:sz="4" w:space="0" w:color="auto"/>
              <w:right w:val="single" w:sz="4" w:space="0" w:color="auto"/>
            </w:tcBorders>
            <w:noWrap/>
            <w:vAlign w:val="center"/>
            <w:hideMark/>
          </w:tcPr>
          <w:p w14:paraId="55C55EAE" w14:textId="6A5F35B7"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1422" w:type="dxa"/>
            <w:tcBorders>
              <w:top w:val="nil"/>
              <w:left w:val="nil"/>
              <w:bottom w:val="single" w:sz="4" w:space="0" w:color="auto"/>
              <w:right w:val="single" w:sz="4" w:space="0" w:color="auto"/>
            </w:tcBorders>
            <w:noWrap/>
            <w:vAlign w:val="center"/>
            <w:hideMark/>
          </w:tcPr>
          <w:p w14:paraId="0FCE2B8E" w14:textId="52B744A2"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1422" w:type="dxa"/>
            <w:tcBorders>
              <w:top w:val="nil"/>
              <w:left w:val="nil"/>
              <w:bottom w:val="single" w:sz="4" w:space="0" w:color="auto"/>
              <w:right w:val="single" w:sz="4" w:space="0" w:color="auto"/>
            </w:tcBorders>
            <w:noWrap/>
            <w:vAlign w:val="center"/>
            <w:hideMark/>
          </w:tcPr>
          <w:p w14:paraId="7369A11A" w14:textId="77456768"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r>
      <w:tr w:rsidR="008C0BEF" w:rsidRPr="006C4948" w14:paraId="218D232E" w14:textId="77777777" w:rsidTr="008C0BEF">
        <w:trPr>
          <w:trHeight w:val="360"/>
        </w:trPr>
        <w:tc>
          <w:tcPr>
            <w:tcW w:w="746" w:type="dxa"/>
            <w:vMerge w:val="restart"/>
            <w:tcBorders>
              <w:top w:val="nil"/>
              <w:left w:val="single" w:sz="4" w:space="0" w:color="auto"/>
              <w:bottom w:val="single" w:sz="4" w:space="0" w:color="000000"/>
              <w:right w:val="single" w:sz="4" w:space="0" w:color="auto"/>
            </w:tcBorders>
            <w:noWrap/>
            <w:vAlign w:val="center"/>
            <w:hideMark/>
          </w:tcPr>
          <w:p w14:paraId="2A473529" w14:textId="77777777"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3</w:t>
            </w:r>
          </w:p>
        </w:tc>
        <w:tc>
          <w:tcPr>
            <w:tcW w:w="1296" w:type="dxa"/>
            <w:vMerge w:val="restart"/>
            <w:tcBorders>
              <w:top w:val="nil"/>
              <w:left w:val="single" w:sz="4" w:space="0" w:color="auto"/>
              <w:bottom w:val="single" w:sz="4" w:space="0" w:color="000000"/>
              <w:right w:val="single" w:sz="4" w:space="0" w:color="auto"/>
            </w:tcBorders>
            <w:noWrap/>
            <w:vAlign w:val="center"/>
            <w:hideMark/>
          </w:tcPr>
          <w:p w14:paraId="08CF30FA" w14:textId="77777777"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有・無</w:t>
            </w:r>
          </w:p>
        </w:tc>
        <w:tc>
          <w:tcPr>
            <w:tcW w:w="1434" w:type="dxa"/>
            <w:vMerge w:val="restart"/>
            <w:tcBorders>
              <w:top w:val="nil"/>
              <w:left w:val="single" w:sz="4" w:space="0" w:color="auto"/>
              <w:bottom w:val="single" w:sz="4" w:space="0" w:color="000000"/>
              <w:right w:val="single" w:sz="4" w:space="0" w:color="auto"/>
            </w:tcBorders>
            <w:noWrap/>
            <w:vAlign w:val="center"/>
            <w:hideMark/>
          </w:tcPr>
          <w:p w14:paraId="0F969A73" w14:textId="77777777"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2158" w:type="dxa"/>
            <w:tcBorders>
              <w:top w:val="nil"/>
              <w:left w:val="nil"/>
              <w:bottom w:val="single" w:sz="4" w:space="0" w:color="auto"/>
              <w:right w:val="single" w:sz="4" w:space="0" w:color="auto"/>
            </w:tcBorders>
            <w:noWrap/>
            <w:vAlign w:val="center"/>
            <w:hideMark/>
          </w:tcPr>
          <w:p w14:paraId="1FAFE706" w14:textId="6DB47B4B"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1022" w:type="dxa"/>
            <w:tcBorders>
              <w:top w:val="nil"/>
              <w:left w:val="nil"/>
              <w:bottom w:val="single" w:sz="4" w:space="0" w:color="auto"/>
              <w:right w:val="single" w:sz="4" w:space="0" w:color="auto"/>
            </w:tcBorders>
            <w:noWrap/>
            <w:vAlign w:val="center"/>
            <w:hideMark/>
          </w:tcPr>
          <w:p w14:paraId="3A3EA254" w14:textId="32B46725"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1422" w:type="dxa"/>
            <w:tcBorders>
              <w:top w:val="nil"/>
              <w:left w:val="nil"/>
              <w:bottom w:val="single" w:sz="4" w:space="0" w:color="auto"/>
              <w:right w:val="single" w:sz="4" w:space="0" w:color="auto"/>
            </w:tcBorders>
            <w:noWrap/>
            <w:vAlign w:val="center"/>
            <w:hideMark/>
          </w:tcPr>
          <w:p w14:paraId="0FE63F7E" w14:textId="007D797C"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1422" w:type="dxa"/>
            <w:tcBorders>
              <w:top w:val="nil"/>
              <w:left w:val="nil"/>
              <w:bottom w:val="single" w:sz="4" w:space="0" w:color="auto"/>
              <w:right w:val="single" w:sz="4" w:space="0" w:color="auto"/>
            </w:tcBorders>
            <w:noWrap/>
            <w:vAlign w:val="center"/>
            <w:hideMark/>
          </w:tcPr>
          <w:p w14:paraId="0F1E897C" w14:textId="657FF56E"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r>
      <w:tr w:rsidR="008C0BEF" w:rsidRPr="006C4948" w14:paraId="6E25CF63" w14:textId="77777777" w:rsidTr="008C0BEF">
        <w:trPr>
          <w:trHeight w:val="360"/>
        </w:trPr>
        <w:tc>
          <w:tcPr>
            <w:tcW w:w="746" w:type="dxa"/>
            <w:vMerge/>
            <w:tcBorders>
              <w:top w:val="nil"/>
              <w:left w:val="single" w:sz="4" w:space="0" w:color="auto"/>
              <w:bottom w:val="single" w:sz="4" w:space="0" w:color="000000"/>
              <w:right w:val="single" w:sz="4" w:space="0" w:color="auto"/>
            </w:tcBorders>
            <w:vAlign w:val="center"/>
            <w:hideMark/>
          </w:tcPr>
          <w:p w14:paraId="3E8B59FA" w14:textId="77777777" w:rsidR="008C0BEF" w:rsidRPr="006C4948" w:rsidRDefault="008C0BEF" w:rsidP="006C4948">
            <w:pPr>
              <w:spacing w:after="0" w:line="240" w:lineRule="auto"/>
              <w:rPr>
                <w:rFonts w:ascii="Yu Gothic" w:eastAsia="Yu Gothic" w:hAnsi="Yu Gothic" w:cs="ＭＳ Ｐゴシック"/>
                <w:color w:val="000000"/>
                <w:sz w:val="22"/>
                <w:lang w:eastAsia="ja-JP"/>
              </w:rPr>
            </w:pPr>
          </w:p>
        </w:tc>
        <w:tc>
          <w:tcPr>
            <w:tcW w:w="1296" w:type="dxa"/>
            <w:vMerge/>
            <w:tcBorders>
              <w:top w:val="nil"/>
              <w:left w:val="single" w:sz="4" w:space="0" w:color="auto"/>
              <w:bottom w:val="single" w:sz="4" w:space="0" w:color="000000"/>
              <w:right w:val="single" w:sz="4" w:space="0" w:color="auto"/>
            </w:tcBorders>
            <w:vAlign w:val="center"/>
            <w:hideMark/>
          </w:tcPr>
          <w:p w14:paraId="0307A37E" w14:textId="77777777" w:rsidR="008C0BEF" w:rsidRPr="006C4948" w:rsidRDefault="008C0BEF" w:rsidP="006C4948">
            <w:pPr>
              <w:spacing w:after="0" w:line="240" w:lineRule="auto"/>
              <w:rPr>
                <w:rFonts w:ascii="Yu Gothic" w:eastAsia="Yu Gothic" w:hAnsi="Yu Gothic" w:cs="ＭＳ Ｐゴシック"/>
                <w:color w:val="000000"/>
                <w:sz w:val="22"/>
                <w:lang w:eastAsia="ja-JP"/>
              </w:rPr>
            </w:pPr>
          </w:p>
        </w:tc>
        <w:tc>
          <w:tcPr>
            <w:tcW w:w="1434" w:type="dxa"/>
            <w:vMerge/>
            <w:tcBorders>
              <w:top w:val="nil"/>
              <w:left w:val="single" w:sz="4" w:space="0" w:color="auto"/>
              <w:bottom w:val="single" w:sz="4" w:space="0" w:color="000000"/>
              <w:right w:val="single" w:sz="4" w:space="0" w:color="auto"/>
            </w:tcBorders>
            <w:vAlign w:val="center"/>
            <w:hideMark/>
          </w:tcPr>
          <w:p w14:paraId="5717B9D1" w14:textId="77777777" w:rsidR="008C0BEF" w:rsidRPr="006C4948" w:rsidRDefault="008C0BEF" w:rsidP="006C4948">
            <w:pPr>
              <w:spacing w:after="0" w:line="240" w:lineRule="auto"/>
              <w:rPr>
                <w:rFonts w:ascii="Yu Gothic" w:eastAsia="Yu Gothic" w:hAnsi="Yu Gothic" w:cs="ＭＳ Ｐゴシック"/>
                <w:color w:val="000000"/>
                <w:sz w:val="22"/>
                <w:lang w:eastAsia="ja-JP"/>
              </w:rPr>
            </w:pPr>
          </w:p>
        </w:tc>
        <w:tc>
          <w:tcPr>
            <w:tcW w:w="2158" w:type="dxa"/>
            <w:tcBorders>
              <w:top w:val="nil"/>
              <w:left w:val="nil"/>
              <w:bottom w:val="single" w:sz="4" w:space="0" w:color="auto"/>
              <w:right w:val="single" w:sz="4" w:space="0" w:color="auto"/>
            </w:tcBorders>
            <w:noWrap/>
            <w:vAlign w:val="center"/>
            <w:hideMark/>
          </w:tcPr>
          <w:p w14:paraId="444064BD" w14:textId="45B831E7"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1022" w:type="dxa"/>
            <w:tcBorders>
              <w:top w:val="nil"/>
              <w:left w:val="nil"/>
              <w:bottom w:val="single" w:sz="4" w:space="0" w:color="auto"/>
              <w:right w:val="single" w:sz="4" w:space="0" w:color="auto"/>
            </w:tcBorders>
            <w:noWrap/>
            <w:vAlign w:val="center"/>
            <w:hideMark/>
          </w:tcPr>
          <w:p w14:paraId="75658105" w14:textId="4D14B839"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1422" w:type="dxa"/>
            <w:tcBorders>
              <w:top w:val="nil"/>
              <w:left w:val="nil"/>
              <w:bottom w:val="single" w:sz="4" w:space="0" w:color="auto"/>
              <w:right w:val="single" w:sz="4" w:space="0" w:color="auto"/>
            </w:tcBorders>
            <w:noWrap/>
            <w:vAlign w:val="center"/>
            <w:hideMark/>
          </w:tcPr>
          <w:p w14:paraId="52139F44" w14:textId="35B9711B"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1422" w:type="dxa"/>
            <w:tcBorders>
              <w:top w:val="nil"/>
              <w:left w:val="nil"/>
              <w:bottom w:val="single" w:sz="4" w:space="0" w:color="auto"/>
              <w:right w:val="single" w:sz="4" w:space="0" w:color="auto"/>
            </w:tcBorders>
            <w:noWrap/>
            <w:vAlign w:val="center"/>
            <w:hideMark/>
          </w:tcPr>
          <w:p w14:paraId="55D1D6AF" w14:textId="54D843CF"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r>
      <w:tr w:rsidR="008C0BEF" w:rsidRPr="006C4948" w14:paraId="36E91A71" w14:textId="77777777" w:rsidTr="008C0BEF">
        <w:trPr>
          <w:trHeight w:val="360"/>
        </w:trPr>
        <w:tc>
          <w:tcPr>
            <w:tcW w:w="746" w:type="dxa"/>
            <w:vMerge/>
            <w:tcBorders>
              <w:top w:val="nil"/>
              <w:left w:val="single" w:sz="4" w:space="0" w:color="auto"/>
              <w:bottom w:val="single" w:sz="4" w:space="0" w:color="000000"/>
              <w:right w:val="single" w:sz="4" w:space="0" w:color="auto"/>
            </w:tcBorders>
            <w:vAlign w:val="center"/>
            <w:hideMark/>
          </w:tcPr>
          <w:p w14:paraId="3B9204AC" w14:textId="77777777" w:rsidR="008C0BEF" w:rsidRPr="006C4948" w:rsidRDefault="008C0BEF" w:rsidP="006C4948">
            <w:pPr>
              <w:spacing w:after="0" w:line="240" w:lineRule="auto"/>
              <w:rPr>
                <w:rFonts w:ascii="Yu Gothic" w:eastAsia="Yu Gothic" w:hAnsi="Yu Gothic" w:cs="ＭＳ Ｐゴシック"/>
                <w:color w:val="000000"/>
                <w:sz w:val="22"/>
                <w:lang w:eastAsia="ja-JP"/>
              </w:rPr>
            </w:pPr>
          </w:p>
        </w:tc>
        <w:tc>
          <w:tcPr>
            <w:tcW w:w="1296" w:type="dxa"/>
            <w:vMerge/>
            <w:tcBorders>
              <w:top w:val="nil"/>
              <w:left w:val="single" w:sz="4" w:space="0" w:color="auto"/>
              <w:bottom w:val="single" w:sz="4" w:space="0" w:color="000000"/>
              <w:right w:val="single" w:sz="4" w:space="0" w:color="auto"/>
            </w:tcBorders>
            <w:vAlign w:val="center"/>
            <w:hideMark/>
          </w:tcPr>
          <w:p w14:paraId="6BCA1020" w14:textId="77777777" w:rsidR="008C0BEF" w:rsidRPr="006C4948" w:rsidRDefault="008C0BEF" w:rsidP="006C4948">
            <w:pPr>
              <w:spacing w:after="0" w:line="240" w:lineRule="auto"/>
              <w:rPr>
                <w:rFonts w:ascii="Yu Gothic" w:eastAsia="Yu Gothic" w:hAnsi="Yu Gothic" w:cs="ＭＳ Ｐゴシック"/>
                <w:color w:val="000000"/>
                <w:sz w:val="22"/>
                <w:lang w:eastAsia="ja-JP"/>
              </w:rPr>
            </w:pPr>
          </w:p>
        </w:tc>
        <w:tc>
          <w:tcPr>
            <w:tcW w:w="1434" w:type="dxa"/>
            <w:vMerge/>
            <w:tcBorders>
              <w:top w:val="nil"/>
              <w:left w:val="single" w:sz="4" w:space="0" w:color="auto"/>
              <w:bottom w:val="single" w:sz="4" w:space="0" w:color="000000"/>
              <w:right w:val="single" w:sz="4" w:space="0" w:color="auto"/>
            </w:tcBorders>
            <w:vAlign w:val="center"/>
            <w:hideMark/>
          </w:tcPr>
          <w:p w14:paraId="41D98D11" w14:textId="77777777" w:rsidR="008C0BEF" w:rsidRPr="006C4948" w:rsidRDefault="008C0BEF" w:rsidP="006C4948">
            <w:pPr>
              <w:spacing w:after="0" w:line="240" w:lineRule="auto"/>
              <w:rPr>
                <w:rFonts w:ascii="Yu Gothic" w:eastAsia="Yu Gothic" w:hAnsi="Yu Gothic" w:cs="ＭＳ Ｐゴシック"/>
                <w:color w:val="000000"/>
                <w:sz w:val="22"/>
                <w:lang w:eastAsia="ja-JP"/>
              </w:rPr>
            </w:pPr>
          </w:p>
        </w:tc>
        <w:tc>
          <w:tcPr>
            <w:tcW w:w="2158" w:type="dxa"/>
            <w:tcBorders>
              <w:top w:val="nil"/>
              <w:left w:val="nil"/>
              <w:bottom w:val="single" w:sz="4" w:space="0" w:color="auto"/>
              <w:right w:val="single" w:sz="4" w:space="0" w:color="auto"/>
            </w:tcBorders>
            <w:noWrap/>
            <w:vAlign w:val="center"/>
            <w:hideMark/>
          </w:tcPr>
          <w:p w14:paraId="52059F50" w14:textId="41C92A64"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1022" w:type="dxa"/>
            <w:tcBorders>
              <w:top w:val="nil"/>
              <w:left w:val="nil"/>
              <w:bottom w:val="single" w:sz="4" w:space="0" w:color="auto"/>
              <w:right w:val="single" w:sz="4" w:space="0" w:color="auto"/>
            </w:tcBorders>
            <w:noWrap/>
            <w:vAlign w:val="center"/>
            <w:hideMark/>
          </w:tcPr>
          <w:p w14:paraId="3CBDAD9C" w14:textId="165E0181"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1422" w:type="dxa"/>
            <w:tcBorders>
              <w:top w:val="nil"/>
              <w:left w:val="nil"/>
              <w:bottom w:val="single" w:sz="4" w:space="0" w:color="auto"/>
              <w:right w:val="single" w:sz="4" w:space="0" w:color="auto"/>
            </w:tcBorders>
            <w:noWrap/>
            <w:vAlign w:val="center"/>
            <w:hideMark/>
          </w:tcPr>
          <w:p w14:paraId="53BA0294" w14:textId="6D4D42B4"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1422" w:type="dxa"/>
            <w:tcBorders>
              <w:top w:val="nil"/>
              <w:left w:val="nil"/>
              <w:bottom w:val="single" w:sz="4" w:space="0" w:color="auto"/>
              <w:right w:val="single" w:sz="4" w:space="0" w:color="auto"/>
            </w:tcBorders>
            <w:noWrap/>
            <w:vAlign w:val="center"/>
            <w:hideMark/>
          </w:tcPr>
          <w:p w14:paraId="2201B77E" w14:textId="013B5D62"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r>
      <w:tr w:rsidR="008C0BEF" w:rsidRPr="006C4948" w14:paraId="73EE112D" w14:textId="77777777" w:rsidTr="008C0BEF">
        <w:trPr>
          <w:trHeight w:val="360"/>
        </w:trPr>
        <w:tc>
          <w:tcPr>
            <w:tcW w:w="746" w:type="dxa"/>
            <w:vMerge/>
            <w:tcBorders>
              <w:top w:val="nil"/>
              <w:left w:val="single" w:sz="4" w:space="0" w:color="auto"/>
              <w:bottom w:val="single" w:sz="4" w:space="0" w:color="000000"/>
              <w:right w:val="single" w:sz="4" w:space="0" w:color="auto"/>
            </w:tcBorders>
            <w:vAlign w:val="center"/>
            <w:hideMark/>
          </w:tcPr>
          <w:p w14:paraId="27A82756" w14:textId="77777777" w:rsidR="008C0BEF" w:rsidRPr="006C4948" w:rsidRDefault="008C0BEF" w:rsidP="006C4948">
            <w:pPr>
              <w:spacing w:after="0" w:line="240" w:lineRule="auto"/>
              <w:rPr>
                <w:rFonts w:ascii="Yu Gothic" w:eastAsia="Yu Gothic" w:hAnsi="Yu Gothic" w:cs="ＭＳ Ｐゴシック"/>
                <w:color w:val="000000"/>
                <w:sz w:val="22"/>
                <w:lang w:eastAsia="ja-JP"/>
              </w:rPr>
            </w:pPr>
          </w:p>
        </w:tc>
        <w:tc>
          <w:tcPr>
            <w:tcW w:w="1296" w:type="dxa"/>
            <w:vMerge/>
            <w:tcBorders>
              <w:top w:val="nil"/>
              <w:left w:val="single" w:sz="4" w:space="0" w:color="auto"/>
              <w:bottom w:val="single" w:sz="4" w:space="0" w:color="000000"/>
              <w:right w:val="single" w:sz="4" w:space="0" w:color="auto"/>
            </w:tcBorders>
            <w:vAlign w:val="center"/>
            <w:hideMark/>
          </w:tcPr>
          <w:p w14:paraId="78F9D040" w14:textId="77777777" w:rsidR="008C0BEF" w:rsidRPr="006C4948" w:rsidRDefault="008C0BEF" w:rsidP="006C4948">
            <w:pPr>
              <w:spacing w:after="0" w:line="240" w:lineRule="auto"/>
              <w:rPr>
                <w:rFonts w:ascii="Yu Gothic" w:eastAsia="Yu Gothic" w:hAnsi="Yu Gothic" w:cs="ＭＳ Ｐゴシック"/>
                <w:color w:val="000000"/>
                <w:sz w:val="22"/>
                <w:lang w:eastAsia="ja-JP"/>
              </w:rPr>
            </w:pPr>
          </w:p>
        </w:tc>
        <w:tc>
          <w:tcPr>
            <w:tcW w:w="1434" w:type="dxa"/>
            <w:vMerge/>
            <w:tcBorders>
              <w:top w:val="nil"/>
              <w:left w:val="single" w:sz="4" w:space="0" w:color="auto"/>
              <w:bottom w:val="single" w:sz="4" w:space="0" w:color="000000"/>
              <w:right w:val="single" w:sz="4" w:space="0" w:color="auto"/>
            </w:tcBorders>
            <w:vAlign w:val="center"/>
            <w:hideMark/>
          </w:tcPr>
          <w:p w14:paraId="22B7286E" w14:textId="77777777" w:rsidR="008C0BEF" w:rsidRPr="006C4948" w:rsidRDefault="008C0BEF" w:rsidP="006C4948">
            <w:pPr>
              <w:spacing w:after="0" w:line="240" w:lineRule="auto"/>
              <w:rPr>
                <w:rFonts w:ascii="Yu Gothic" w:eastAsia="Yu Gothic" w:hAnsi="Yu Gothic" w:cs="ＭＳ Ｐゴシック"/>
                <w:color w:val="000000"/>
                <w:sz w:val="22"/>
                <w:lang w:eastAsia="ja-JP"/>
              </w:rPr>
            </w:pPr>
          </w:p>
        </w:tc>
        <w:tc>
          <w:tcPr>
            <w:tcW w:w="2158" w:type="dxa"/>
            <w:tcBorders>
              <w:top w:val="nil"/>
              <w:left w:val="nil"/>
              <w:bottom w:val="single" w:sz="4" w:space="0" w:color="auto"/>
              <w:right w:val="single" w:sz="4" w:space="0" w:color="auto"/>
            </w:tcBorders>
            <w:noWrap/>
            <w:vAlign w:val="center"/>
            <w:hideMark/>
          </w:tcPr>
          <w:p w14:paraId="6796BD21" w14:textId="33196B84"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1022" w:type="dxa"/>
            <w:tcBorders>
              <w:top w:val="nil"/>
              <w:left w:val="nil"/>
              <w:bottom w:val="single" w:sz="4" w:space="0" w:color="auto"/>
              <w:right w:val="single" w:sz="4" w:space="0" w:color="auto"/>
            </w:tcBorders>
            <w:noWrap/>
            <w:vAlign w:val="center"/>
            <w:hideMark/>
          </w:tcPr>
          <w:p w14:paraId="1CE28B88" w14:textId="067AF670"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1422" w:type="dxa"/>
            <w:tcBorders>
              <w:top w:val="nil"/>
              <w:left w:val="nil"/>
              <w:bottom w:val="single" w:sz="4" w:space="0" w:color="auto"/>
              <w:right w:val="single" w:sz="4" w:space="0" w:color="auto"/>
            </w:tcBorders>
            <w:noWrap/>
            <w:vAlign w:val="center"/>
            <w:hideMark/>
          </w:tcPr>
          <w:p w14:paraId="3A0FB381" w14:textId="3E6E4284"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1422" w:type="dxa"/>
            <w:tcBorders>
              <w:top w:val="nil"/>
              <w:left w:val="nil"/>
              <w:bottom w:val="single" w:sz="4" w:space="0" w:color="auto"/>
              <w:right w:val="single" w:sz="4" w:space="0" w:color="auto"/>
            </w:tcBorders>
            <w:noWrap/>
            <w:vAlign w:val="center"/>
            <w:hideMark/>
          </w:tcPr>
          <w:p w14:paraId="07662034" w14:textId="755A61E2"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r>
      <w:tr w:rsidR="008C0BEF" w:rsidRPr="006C4948" w14:paraId="6764B16E" w14:textId="77777777" w:rsidTr="008C0BEF">
        <w:trPr>
          <w:trHeight w:val="97"/>
        </w:trPr>
        <w:tc>
          <w:tcPr>
            <w:tcW w:w="746" w:type="dxa"/>
            <w:vMerge/>
            <w:tcBorders>
              <w:top w:val="nil"/>
              <w:left w:val="single" w:sz="4" w:space="0" w:color="auto"/>
              <w:bottom w:val="single" w:sz="4" w:space="0" w:color="000000"/>
              <w:right w:val="single" w:sz="4" w:space="0" w:color="auto"/>
            </w:tcBorders>
            <w:vAlign w:val="center"/>
            <w:hideMark/>
          </w:tcPr>
          <w:p w14:paraId="0F15E496" w14:textId="77777777" w:rsidR="008C0BEF" w:rsidRPr="006C4948" w:rsidRDefault="008C0BEF" w:rsidP="006C4948">
            <w:pPr>
              <w:spacing w:after="0" w:line="240" w:lineRule="auto"/>
              <w:rPr>
                <w:rFonts w:ascii="Yu Gothic" w:eastAsia="Yu Gothic" w:hAnsi="Yu Gothic" w:cs="ＭＳ Ｐゴシック"/>
                <w:color w:val="000000"/>
                <w:sz w:val="22"/>
                <w:lang w:eastAsia="ja-JP"/>
              </w:rPr>
            </w:pPr>
          </w:p>
        </w:tc>
        <w:tc>
          <w:tcPr>
            <w:tcW w:w="1296" w:type="dxa"/>
            <w:vMerge/>
            <w:tcBorders>
              <w:top w:val="nil"/>
              <w:left w:val="single" w:sz="4" w:space="0" w:color="auto"/>
              <w:bottom w:val="single" w:sz="4" w:space="0" w:color="000000"/>
              <w:right w:val="single" w:sz="4" w:space="0" w:color="auto"/>
            </w:tcBorders>
            <w:vAlign w:val="center"/>
            <w:hideMark/>
          </w:tcPr>
          <w:p w14:paraId="55EEFE12" w14:textId="77777777" w:rsidR="008C0BEF" w:rsidRPr="006C4948" w:rsidRDefault="008C0BEF" w:rsidP="006C4948">
            <w:pPr>
              <w:spacing w:after="0" w:line="240" w:lineRule="auto"/>
              <w:rPr>
                <w:rFonts w:ascii="Yu Gothic" w:eastAsia="Yu Gothic" w:hAnsi="Yu Gothic" w:cs="ＭＳ Ｐゴシック"/>
                <w:color w:val="000000"/>
                <w:sz w:val="22"/>
                <w:lang w:eastAsia="ja-JP"/>
              </w:rPr>
            </w:pPr>
          </w:p>
        </w:tc>
        <w:tc>
          <w:tcPr>
            <w:tcW w:w="1434" w:type="dxa"/>
            <w:vMerge/>
            <w:tcBorders>
              <w:top w:val="nil"/>
              <w:left w:val="single" w:sz="4" w:space="0" w:color="auto"/>
              <w:bottom w:val="single" w:sz="4" w:space="0" w:color="000000"/>
              <w:right w:val="single" w:sz="4" w:space="0" w:color="auto"/>
            </w:tcBorders>
            <w:vAlign w:val="center"/>
            <w:hideMark/>
          </w:tcPr>
          <w:p w14:paraId="4C95DF7D" w14:textId="77777777" w:rsidR="008C0BEF" w:rsidRPr="006C4948" w:rsidRDefault="008C0BEF" w:rsidP="006C4948">
            <w:pPr>
              <w:spacing w:after="0" w:line="240" w:lineRule="auto"/>
              <w:rPr>
                <w:rFonts w:ascii="Yu Gothic" w:eastAsia="Yu Gothic" w:hAnsi="Yu Gothic" w:cs="ＭＳ Ｐゴシック"/>
                <w:color w:val="000000"/>
                <w:sz w:val="22"/>
                <w:lang w:eastAsia="ja-JP"/>
              </w:rPr>
            </w:pPr>
          </w:p>
        </w:tc>
        <w:tc>
          <w:tcPr>
            <w:tcW w:w="2158" w:type="dxa"/>
            <w:tcBorders>
              <w:top w:val="nil"/>
              <w:left w:val="nil"/>
              <w:bottom w:val="single" w:sz="4" w:space="0" w:color="auto"/>
              <w:right w:val="single" w:sz="4" w:space="0" w:color="auto"/>
            </w:tcBorders>
            <w:noWrap/>
            <w:vAlign w:val="center"/>
            <w:hideMark/>
          </w:tcPr>
          <w:p w14:paraId="2CABAE48" w14:textId="2B9DDCFB"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1022" w:type="dxa"/>
            <w:tcBorders>
              <w:top w:val="nil"/>
              <w:left w:val="nil"/>
              <w:bottom w:val="single" w:sz="4" w:space="0" w:color="auto"/>
              <w:right w:val="single" w:sz="4" w:space="0" w:color="auto"/>
            </w:tcBorders>
            <w:noWrap/>
            <w:vAlign w:val="center"/>
            <w:hideMark/>
          </w:tcPr>
          <w:p w14:paraId="5149BAE6" w14:textId="68B84B5C"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1422" w:type="dxa"/>
            <w:tcBorders>
              <w:top w:val="nil"/>
              <w:left w:val="nil"/>
              <w:bottom w:val="single" w:sz="4" w:space="0" w:color="auto"/>
              <w:right w:val="single" w:sz="4" w:space="0" w:color="auto"/>
            </w:tcBorders>
            <w:noWrap/>
            <w:vAlign w:val="center"/>
            <w:hideMark/>
          </w:tcPr>
          <w:p w14:paraId="1493F2FB" w14:textId="25895032"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1422" w:type="dxa"/>
            <w:tcBorders>
              <w:top w:val="nil"/>
              <w:left w:val="nil"/>
              <w:bottom w:val="single" w:sz="4" w:space="0" w:color="auto"/>
              <w:right w:val="single" w:sz="4" w:space="0" w:color="auto"/>
            </w:tcBorders>
            <w:noWrap/>
            <w:vAlign w:val="center"/>
            <w:hideMark/>
          </w:tcPr>
          <w:p w14:paraId="0ADD5078" w14:textId="7A842388"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r>
      <w:tr w:rsidR="008C0BEF" w:rsidRPr="006C4948" w14:paraId="3ED4BF8A" w14:textId="77777777" w:rsidTr="008C0BEF">
        <w:trPr>
          <w:trHeight w:val="360"/>
        </w:trPr>
        <w:tc>
          <w:tcPr>
            <w:tcW w:w="746" w:type="dxa"/>
            <w:vMerge w:val="restart"/>
            <w:tcBorders>
              <w:top w:val="nil"/>
              <w:left w:val="single" w:sz="4" w:space="0" w:color="auto"/>
              <w:bottom w:val="single" w:sz="4" w:space="0" w:color="000000"/>
              <w:right w:val="single" w:sz="4" w:space="0" w:color="auto"/>
            </w:tcBorders>
            <w:noWrap/>
            <w:vAlign w:val="center"/>
            <w:hideMark/>
          </w:tcPr>
          <w:p w14:paraId="1CF7BEC0" w14:textId="77777777"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4</w:t>
            </w:r>
          </w:p>
        </w:tc>
        <w:tc>
          <w:tcPr>
            <w:tcW w:w="1296" w:type="dxa"/>
            <w:vMerge w:val="restart"/>
            <w:tcBorders>
              <w:top w:val="nil"/>
              <w:left w:val="single" w:sz="4" w:space="0" w:color="auto"/>
              <w:bottom w:val="single" w:sz="4" w:space="0" w:color="000000"/>
              <w:right w:val="single" w:sz="4" w:space="0" w:color="auto"/>
            </w:tcBorders>
            <w:noWrap/>
            <w:vAlign w:val="center"/>
            <w:hideMark/>
          </w:tcPr>
          <w:p w14:paraId="675D93E7" w14:textId="77777777"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有・無</w:t>
            </w:r>
          </w:p>
        </w:tc>
        <w:tc>
          <w:tcPr>
            <w:tcW w:w="1434" w:type="dxa"/>
            <w:vMerge w:val="restart"/>
            <w:tcBorders>
              <w:top w:val="nil"/>
              <w:left w:val="single" w:sz="4" w:space="0" w:color="auto"/>
              <w:bottom w:val="single" w:sz="4" w:space="0" w:color="000000"/>
              <w:right w:val="single" w:sz="4" w:space="0" w:color="auto"/>
            </w:tcBorders>
            <w:noWrap/>
            <w:vAlign w:val="center"/>
            <w:hideMark/>
          </w:tcPr>
          <w:p w14:paraId="0C00020D" w14:textId="77777777"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2158" w:type="dxa"/>
            <w:tcBorders>
              <w:top w:val="nil"/>
              <w:left w:val="nil"/>
              <w:bottom w:val="single" w:sz="4" w:space="0" w:color="auto"/>
              <w:right w:val="single" w:sz="4" w:space="0" w:color="auto"/>
            </w:tcBorders>
            <w:noWrap/>
            <w:vAlign w:val="center"/>
            <w:hideMark/>
          </w:tcPr>
          <w:p w14:paraId="775B6D3C" w14:textId="4695E213"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1022" w:type="dxa"/>
            <w:tcBorders>
              <w:top w:val="nil"/>
              <w:left w:val="nil"/>
              <w:bottom w:val="single" w:sz="4" w:space="0" w:color="auto"/>
              <w:right w:val="single" w:sz="4" w:space="0" w:color="auto"/>
            </w:tcBorders>
            <w:noWrap/>
            <w:vAlign w:val="center"/>
            <w:hideMark/>
          </w:tcPr>
          <w:p w14:paraId="097A7FB3" w14:textId="78862786"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1422" w:type="dxa"/>
            <w:tcBorders>
              <w:top w:val="nil"/>
              <w:left w:val="nil"/>
              <w:bottom w:val="single" w:sz="4" w:space="0" w:color="auto"/>
              <w:right w:val="single" w:sz="4" w:space="0" w:color="auto"/>
            </w:tcBorders>
            <w:noWrap/>
            <w:vAlign w:val="center"/>
            <w:hideMark/>
          </w:tcPr>
          <w:p w14:paraId="3B81B4E5" w14:textId="24E00C20"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1422" w:type="dxa"/>
            <w:tcBorders>
              <w:top w:val="nil"/>
              <w:left w:val="nil"/>
              <w:bottom w:val="single" w:sz="4" w:space="0" w:color="auto"/>
              <w:right w:val="single" w:sz="4" w:space="0" w:color="auto"/>
            </w:tcBorders>
            <w:noWrap/>
            <w:vAlign w:val="center"/>
            <w:hideMark/>
          </w:tcPr>
          <w:p w14:paraId="7A0577E0" w14:textId="5D66BF72"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r>
      <w:tr w:rsidR="008C0BEF" w:rsidRPr="006C4948" w14:paraId="38BE0FE3" w14:textId="77777777" w:rsidTr="008C0BEF">
        <w:trPr>
          <w:trHeight w:val="360"/>
        </w:trPr>
        <w:tc>
          <w:tcPr>
            <w:tcW w:w="746" w:type="dxa"/>
            <w:vMerge/>
            <w:tcBorders>
              <w:top w:val="nil"/>
              <w:left w:val="single" w:sz="4" w:space="0" w:color="auto"/>
              <w:bottom w:val="single" w:sz="4" w:space="0" w:color="000000"/>
              <w:right w:val="single" w:sz="4" w:space="0" w:color="auto"/>
            </w:tcBorders>
            <w:vAlign w:val="center"/>
            <w:hideMark/>
          </w:tcPr>
          <w:p w14:paraId="02C4F205" w14:textId="77777777" w:rsidR="008C0BEF" w:rsidRPr="006C4948" w:rsidRDefault="008C0BEF" w:rsidP="006C4948">
            <w:pPr>
              <w:spacing w:after="0" w:line="240" w:lineRule="auto"/>
              <w:rPr>
                <w:rFonts w:ascii="Yu Gothic" w:eastAsia="Yu Gothic" w:hAnsi="Yu Gothic" w:cs="ＭＳ Ｐゴシック"/>
                <w:color w:val="000000"/>
                <w:sz w:val="22"/>
                <w:lang w:eastAsia="ja-JP"/>
              </w:rPr>
            </w:pPr>
          </w:p>
        </w:tc>
        <w:tc>
          <w:tcPr>
            <w:tcW w:w="1296" w:type="dxa"/>
            <w:vMerge/>
            <w:tcBorders>
              <w:top w:val="nil"/>
              <w:left w:val="single" w:sz="4" w:space="0" w:color="auto"/>
              <w:bottom w:val="single" w:sz="4" w:space="0" w:color="000000"/>
              <w:right w:val="single" w:sz="4" w:space="0" w:color="auto"/>
            </w:tcBorders>
            <w:vAlign w:val="center"/>
            <w:hideMark/>
          </w:tcPr>
          <w:p w14:paraId="588557F9" w14:textId="77777777" w:rsidR="008C0BEF" w:rsidRPr="006C4948" w:rsidRDefault="008C0BEF" w:rsidP="006C4948">
            <w:pPr>
              <w:spacing w:after="0" w:line="240" w:lineRule="auto"/>
              <w:rPr>
                <w:rFonts w:ascii="Yu Gothic" w:eastAsia="Yu Gothic" w:hAnsi="Yu Gothic" w:cs="ＭＳ Ｐゴシック"/>
                <w:color w:val="000000"/>
                <w:sz w:val="22"/>
                <w:lang w:eastAsia="ja-JP"/>
              </w:rPr>
            </w:pPr>
          </w:p>
        </w:tc>
        <w:tc>
          <w:tcPr>
            <w:tcW w:w="1434" w:type="dxa"/>
            <w:vMerge/>
            <w:tcBorders>
              <w:top w:val="nil"/>
              <w:left w:val="single" w:sz="4" w:space="0" w:color="auto"/>
              <w:bottom w:val="single" w:sz="4" w:space="0" w:color="000000"/>
              <w:right w:val="single" w:sz="4" w:space="0" w:color="auto"/>
            </w:tcBorders>
            <w:vAlign w:val="center"/>
            <w:hideMark/>
          </w:tcPr>
          <w:p w14:paraId="0E8CC11B" w14:textId="77777777" w:rsidR="008C0BEF" w:rsidRPr="006C4948" w:rsidRDefault="008C0BEF" w:rsidP="006C4948">
            <w:pPr>
              <w:spacing w:after="0" w:line="240" w:lineRule="auto"/>
              <w:rPr>
                <w:rFonts w:ascii="Yu Gothic" w:eastAsia="Yu Gothic" w:hAnsi="Yu Gothic" w:cs="ＭＳ Ｐゴシック"/>
                <w:color w:val="000000"/>
                <w:sz w:val="22"/>
                <w:lang w:eastAsia="ja-JP"/>
              </w:rPr>
            </w:pPr>
          </w:p>
        </w:tc>
        <w:tc>
          <w:tcPr>
            <w:tcW w:w="2158" w:type="dxa"/>
            <w:tcBorders>
              <w:top w:val="nil"/>
              <w:left w:val="nil"/>
              <w:bottom w:val="single" w:sz="4" w:space="0" w:color="auto"/>
              <w:right w:val="single" w:sz="4" w:space="0" w:color="auto"/>
            </w:tcBorders>
            <w:noWrap/>
            <w:vAlign w:val="center"/>
            <w:hideMark/>
          </w:tcPr>
          <w:p w14:paraId="48D8E487" w14:textId="1D1E7FBD"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1022" w:type="dxa"/>
            <w:tcBorders>
              <w:top w:val="nil"/>
              <w:left w:val="nil"/>
              <w:bottom w:val="single" w:sz="4" w:space="0" w:color="auto"/>
              <w:right w:val="single" w:sz="4" w:space="0" w:color="auto"/>
            </w:tcBorders>
            <w:noWrap/>
            <w:vAlign w:val="center"/>
            <w:hideMark/>
          </w:tcPr>
          <w:p w14:paraId="43C3DFF7" w14:textId="32A3091A"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1422" w:type="dxa"/>
            <w:tcBorders>
              <w:top w:val="nil"/>
              <w:left w:val="nil"/>
              <w:bottom w:val="single" w:sz="4" w:space="0" w:color="auto"/>
              <w:right w:val="single" w:sz="4" w:space="0" w:color="auto"/>
            </w:tcBorders>
            <w:noWrap/>
            <w:vAlign w:val="center"/>
            <w:hideMark/>
          </w:tcPr>
          <w:p w14:paraId="4C73E72A" w14:textId="41EF248C"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1422" w:type="dxa"/>
            <w:tcBorders>
              <w:top w:val="nil"/>
              <w:left w:val="nil"/>
              <w:bottom w:val="single" w:sz="4" w:space="0" w:color="auto"/>
              <w:right w:val="single" w:sz="4" w:space="0" w:color="auto"/>
            </w:tcBorders>
            <w:noWrap/>
            <w:vAlign w:val="center"/>
            <w:hideMark/>
          </w:tcPr>
          <w:p w14:paraId="15780755" w14:textId="29BF9285"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r>
      <w:tr w:rsidR="008C0BEF" w:rsidRPr="006C4948" w14:paraId="33B2AF89" w14:textId="77777777" w:rsidTr="008C0BEF">
        <w:trPr>
          <w:trHeight w:val="360"/>
        </w:trPr>
        <w:tc>
          <w:tcPr>
            <w:tcW w:w="746" w:type="dxa"/>
            <w:vMerge/>
            <w:tcBorders>
              <w:top w:val="nil"/>
              <w:left w:val="single" w:sz="4" w:space="0" w:color="auto"/>
              <w:bottom w:val="single" w:sz="4" w:space="0" w:color="000000"/>
              <w:right w:val="single" w:sz="4" w:space="0" w:color="auto"/>
            </w:tcBorders>
            <w:vAlign w:val="center"/>
            <w:hideMark/>
          </w:tcPr>
          <w:p w14:paraId="6E74404B" w14:textId="77777777" w:rsidR="008C0BEF" w:rsidRPr="006C4948" w:rsidRDefault="008C0BEF" w:rsidP="006C4948">
            <w:pPr>
              <w:spacing w:after="0" w:line="240" w:lineRule="auto"/>
              <w:rPr>
                <w:rFonts w:ascii="Yu Gothic" w:eastAsia="Yu Gothic" w:hAnsi="Yu Gothic" w:cs="ＭＳ Ｐゴシック"/>
                <w:color w:val="000000"/>
                <w:sz w:val="22"/>
                <w:lang w:eastAsia="ja-JP"/>
              </w:rPr>
            </w:pPr>
          </w:p>
        </w:tc>
        <w:tc>
          <w:tcPr>
            <w:tcW w:w="1296" w:type="dxa"/>
            <w:vMerge/>
            <w:tcBorders>
              <w:top w:val="nil"/>
              <w:left w:val="single" w:sz="4" w:space="0" w:color="auto"/>
              <w:bottom w:val="single" w:sz="4" w:space="0" w:color="000000"/>
              <w:right w:val="single" w:sz="4" w:space="0" w:color="auto"/>
            </w:tcBorders>
            <w:vAlign w:val="center"/>
            <w:hideMark/>
          </w:tcPr>
          <w:p w14:paraId="7CD36C5D" w14:textId="77777777" w:rsidR="008C0BEF" w:rsidRPr="006C4948" w:rsidRDefault="008C0BEF" w:rsidP="006C4948">
            <w:pPr>
              <w:spacing w:after="0" w:line="240" w:lineRule="auto"/>
              <w:rPr>
                <w:rFonts w:ascii="Yu Gothic" w:eastAsia="Yu Gothic" w:hAnsi="Yu Gothic" w:cs="ＭＳ Ｐゴシック"/>
                <w:color w:val="000000"/>
                <w:sz w:val="22"/>
                <w:lang w:eastAsia="ja-JP"/>
              </w:rPr>
            </w:pPr>
          </w:p>
        </w:tc>
        <w:tc>
          <w:tcPr>
            <w:tcW w:w="1434" w:type="dxa"/>
            <w:vMerge/>
            <w:tcBorders>
              <w:top w:val="nil"/>
              <w:left w:val="single" w:sz="4" w:space="0" w:color="auto"/>
              <w:bottom w:val="single" w:sz="4" w:space="0" w:color="000000"/>
              <w:right w:val="single" w:sz="4" w:space="0" w:color="auto"/>
            </w:tcBorders>
            <w:vAlign w:val="center"/>
            <w:hideMark/>
          </w:tcPr>
          <w:p w14:paraId="55F11402" w14:textId="77777777" w:rsidR="008C0BEF" w:rsidRPr="006C4948" w:rsidRDefault="008C0BEF" w:rsidP="006C4948">
            <w:pPr>
              <w:spacing w:after="0" w:line="240" w:lineRule="auto"/>
              <w:rPr>
                <w:rFonts w:ascii="Yu Gothic" w:eastAsia="Yu Gothic" w:hAnsi="Yu Gothic" w:cs="ＭＳ Ｐゴシック"/>
                <w:color w:val="000000"/>
                <w:sz w:val="22"/>
                <w:lang w:eastAsia="ja-JP"/>
              </w:rPr>
            </w:pPr>
          </w:p>
        </w:tc>
        <w:tc>
          <w:tcPr>
            <w:tcW w:w="2158" w:type="dxa"/>
            <w:tcBorders>
              <w:top w:val="nil"/>
              <w:left w:val="nil"/>
              <w:bottom w:val="single" w:sz="4" w:space="0" w:color="auto"/>
              <w:right w:val="single" w:sz="4" w:space="0" w:color="auto"/>
            </w:tcBorders>
            <w:noWrap/>
            <w:vAlign w:val="center"/>
            <w:hideMark/>
          </w:tcPr>
          <w:p w14:paraId="1C99840B" w14:textId="76D985F8"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1022" w:type="dxa"/>
            <w:tcBorders>
              <w:top w:val="nil"/>
              <w:left w:val="nil"/>
              <w:bottom w:val="single" w:sz="4" w:space="0" w:color="auto"/>
              <w:right w:val="single" w:sz="4" w:space="0" w:color="auto"/>
            </w:tcBorders>
            <w:noWrap/>
            <w:vAlign w:val="center"/>
            <w:hideMark/>
          </w:tcPr>
          <w:p w14:paraId="486B6260" w14:textId="102C1415"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1422" w:type="dxa"/>
            <w:tcBorders>
              <w:top w:val="nil"/>
              <w:left w:val="nil"/>
              <w:bottom w:val="single" w:sz="4" w:space="0" w:color="auto"/>
              <w:right w:val="single" w:sz="4" w:space="0" w:color="auto"/>
            </w:tcBorders>
            <w:noWrap/>
            <w:vAlign w:val="center"/>
            <w:hideMark/>
          </w:tcPr>
          <w:p w14:paraId="5AA9E88C" w14:textId="756AEF54"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1422" w:type="dxa"/>
            <w:tcBorders>
              <w:top w:val="nil"/>
              <w:left w:val="nil"/>
              <w:bottom w:val="single" w:sz="4" w:space="0" w:color="auto"/>
              <w:right w:val="single" w:sz="4" w:space="0" w:color="auto"/>
            </w:tcBorders>
            <w:noWrap/>
            <w:vAlign w:val="center"/>
            <w:hideMark/>
          </w:tcPr>
          <w:p w14:paraId="434B1D5F" w14:textId="32BEF96C"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r>
      <w:tr w:rsidR="008C0BEF" w:rsidRPr="006C4948" w14:paraId="0280D05C" w14:textId="77777777" w:rsidTr="008C0BEF">
        <w:trPr>
          <w:trHeight w:val="360"/>
        </w:trPr>
        <w:tc>
          <w:tcPr>
            <w:tcW w:w="746" w:type="dxa"/>
            <w:vMerge/>
            <w:tcBorders>
              <w:top w:val="nil"/>
              <w:left w:val="single" w:sz="4" w:space="0" w:color="auto"/>
              <w:bottom w:val="single" w:sz="4" w:space="0" w:color="000000"/>
              <w:right w:val="single" w:sz="4" w:space="0" w:color="auto"/>
            </w:tcBorders>
            <w:vAlign w:val="center"/>
            <w:hideMark/>
          </w:tcPr>
          <w:p w14:paraId="6904F56E" w14:textId="77777777" w:rsidR="008C0BEF" w:rsidRPr="006C4948" w:rsidRDefault="008C0BEF" w:rsidP="006C4948">
            <w:pPr>
              <w:spacing w:after="0" w:line="240" w:lineRule="auto"/>
              <w:rPr>
                <w:rFonts w:ascii="Yu Gothic" w:eastAsia="Yu Gothic" w:hAnsi="Yu Gothic" w:cs="ＭＳ Ｐゴシック"/>
                <w:color w:val="000000"/>
                <w:sz w:val="22"/>
                <w:lang w:eastAsia="ja-JP"/>
              </w:rPr>
            </w:pPr>
          </w:p>
        </w:tc>
        <w:tc>
          <w:tcPr>
            <w:tcW w:w="1296" w:type="dxa"/>
            <w:vMerge/>
            <w:tcBorders>
              <w:top w:val="nil"/>
              <w:left w:val="single" w:sz="4" w:space="0" w:color="auto"/>
              <w:bottom w:val="single" w:sz="4" w:space="0" w:color="000000"/>
              <w:right w:val="single" w:sz="4" w:space="0" w:color="auto"/>
            </w:tcBorders>
            <w:vAlign w:val="center"/>
            <w:hideMark/>
          </w:tcPr>
          <w:p w14:paraId="7E4874EB" w14:textId="77777777" w:rsidR="008C0BEF" w:rsidRPr="006C4948" w:rsidRDefault="008C0BEF" w:rsidP="006C4948">
            <w:pPr>
              <w:spacing w:after="0" w:line="240" w:lineRule="auto"/>
              <w:rPr>
                <w:rFonts w:ascii="Yu Gothic" w:eastAsia="Yu Gothic" w:hAnsi="Yu Gothic" w:cs="ＭＳ Ｐゴシック"/>
                <w:color w:val="000000"/>
                <w:sz w:val="22"/>
                <w:lang w:eastAsia="ja-JP"/>
              </w:rPr>
            </w:pPr>
          </w:p>
        </w:tc>
        <w:tc>
          <w:tcPr>
            <w:tcW w:w="1434" w:type="dxa"/>
            <w:vMerge/>
            <w:tcBorders>
              <w:top w:val="nil"/>
              <w:left w:val="single" w:sz="4" w:space="0" w:color="auto"/>
              <w:bottom w:val="single" w:sz="4" w:space="0" w:color="000000"/>
              <w:right w:val="single" w:sz="4" w:space="0" w:color="auto"/>
            </w:tcBorders>
            <w:vAlign w:val="center"/>
            <w:hideMark/>
          </w:tcPr>
          <w:p w14:paraId="3CBA5428" w14:textId="77777777" w:rsidR="008C0BEF" w:rsidRPr="006C4948" w:rsidRDefault="008C0BEF" w:rsidP="006C4948">
            <w:pPr>
              <w:spacing w:after="0" w:line="240" w:lineRule="auto"/>
              <w:rPr>
                <w:rFonts w:ascii="Yu Gothic" w:eastAsia="Yu Gothic" w:hAnsi="Yu Gothic" w:cs="ＭＳ Ｐゴシック"/>
                <w:color w:val="000000"/>
                <w:sz w:val="22"/>
                <w:lang w:eastAsia="ja-JP"/>
              </w:rPr>
            </w:pPr>
          </w:p>
        </w:tc>
        <w:tc>
          <w:tcPr>
            <w:tcW w:w="2158" w:type="dxa"/>
            <w:tcBorders>
              <w:top w:val="nil"/>
              <w:left w:val="nil"/>
              <w:bottom w:val="single" w:sz="4" w:space="0" w:color="auto"/>
              <w:right w:val="single" w:sz="4" w:space="0" w:color="auto"/>
            </w:tcBorders>
            <w:noWrap/>
            <w:vAlign w:val="center"/>
            <w:hideMark/>
          </w:tcPr>
          <w:p w14:paraId="533B54E0" w14:textId="61E08340"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1022" w:type="dxa"/>
            <w:tcBorders>
              <w:top w:val="nil"/>
              <w:left w:val="nil"/>
              <w:bottom w:val="single" w:sz="4" w:space="0" w:color="auto"/>
              <w:right w:val="single" w:sz="4" w:space="0" w:color="auto"/>
            </w:tcBorders>
            <w:noWrap/>
            <w:vAlign w:val="center"/>
            <w:hideMark/>
          </w:tcPr>
          <w:p w14:paraId="2634071E" w14:textId="234ACEDC"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1422" w:type="dxa"/>
            <w:tcBorders>
              <w:top w:val="nil"/>
              <w:left w:val="nil"/>
              <w:bottom w:val="single" w:sz="4" w:space="0" w:color="auto"/>
              <w:right w:val="single" w:sz="4" w:space="0" w:color="auto"/>
            </w:tcBorders>
            <w:noWrap/>
            <w:vAlign w:val="center"/>
            <w:hideMark/>
          </w:tcPr>
          <w:p w14:paraId="3501D966" w14:textId="64EF6BD4"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c>
          <w:tcPr>
            <w:tcW w:w="1422" w:type="dxa"/>
            <w:tcBorders>
              <w:top w:val="nil"/>
              <w:left w:val="nil"/>
              <w:bottom w:val="single" w:sz="4" w:space="0" w:color="auto"/>
              <w:right w:val="single" w:sz="4" w:space="0" w:color="auto"/>
            </w:tcBorders>
            <w:noWrap/>
            <w:vAlign w:val="center"/>
            <w:hideMark/>
          </w:tcPr>
          <w:p w14:paraId="22FDED2E" w14:textId="716C453F"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r w:rsidRPr="006C4948">
              <w:rPr>
                <w:rFonts w:ascii="Yu Gothic" w:eastAsia="Yu Gothic" w:hAnsi="Yu Gothic" w:cs="ＭＳ Ｐゴシック" w:hint="eastAsia"/>
                <w:color w:val="000000"/>
                <w:sz w:val="22"/>
                <w:lang w:eastAsia="ja-JP"/>
              </w:rPr>
              <w:t xml:space="preserve">　</w:t>
            </w:r>
          </w:p>
        </w:tc>
      </w:tr>
      <w:tr w:rsidR="008C0BEF" w:rsidRPr="006C4948" w14:paraId="5808C5AD" w14:textId="77777777" w:rsidTr="008C0BEF">
        <w:trPr>
          <w:trHeight w:val="360"/>
        </w:trPr>
        <w:tc>
          <w:tcPr>
            <w:tcW w:w="746" w:type="dxa"/>
            <w:vMerge/>
            <w:tcBorders>
              <w:top w:val="nil"/>
              <w:left w:val="single" w:sz="4" w:space="0" w:color="auto"/>
              <w:bottom w:val="single" w:sz="4" w:space="0" w:color="000000"/>
              <w:right w:val="single" w:sz="4" w:space="0" w:color="auto"/>
            </w:tcBorders>
            <w:vAlign w:val="center"/>
            <w:hideMark/>
          </w:tcPr>
          <w:p w14:paraId="22C61A50" w14:textId="77777777" w:rsidR="008C0BEF" w:rsidRPr="006C4948" w:rsidRDefault="008C0BEF" w:rsidP="006C4948">
            <w:pPr>
              <w:spacing w:after="0" w:line="240" w:lineRule="auto"/>
              <w:rPr>
                <w:rFonts w:ascii="Yu Gothic" w:eastAsia="Yu Gothic" w:hAnsi="Yu Gothic" w:cs="ＭＳ Ｐゴシック"/>
                <w:color w:val="000000"/>
                <w:sz w:val="22"/>
                <w:lang w:eastAsia="ja-JP"/>
              </w:rPr>
            </w:pPr>
          </w:p>
        </w:tc>
        <w:tc>
          <w:tcPr>
            <w:tcW w:w="1296" w:type="dxa"/>
            <w:vMerge/>
            <w:tcBorders>
              <w:top w:val="nil"/>
              <w:left w:val="single" w:sz="4" w:space="0" w:color="auto"/>
              <w:bottom w:val="single" w:sz="4" w:space="0" w:color="000000"/>
              <w:right w:val="single" w:sz="4" w:space="0" w:color="auto"/>
            </w:tcBorders>
            <w:vAlign w:val="center"/>
            <w:hideMark/>
          </w:tcPr>
          <w:p w14:paraId="24EC2E15" w14:textId="77777777" w:rsidR="008C0BEF" w:rsidRPr="006C4948" w:rsidRDefault="008C0BEF" w:rsidP="006C4948">
            <w:pPr>
              <w:spacing w:after="0" w:line="240" w:lineRule="auto"/>
              <w:rPr>
                <w:rFonts w:ascii="Yu Gothic" w:eastAsia="Yu Gothic" w:hAnsi="Yu Gothic" w:cs="ＭＳ Ｐゴシック"/>
                <w:color w:val="000000"/>
                <w:sz w:val="22"/>
                <w:lang w:eastAsia="ja-JP"/>
              </w:rPr>
            </w:pPr>
          </w:p>
        </w:tc>
        <w:tc>
          <w:tcPr>
            <w:tcW w:w="1434" w:type="dxa"/>
            <w:vMerge/>
            <w:tcBorders>
              <w:top w:val="nil"/>
              <w:left w:val="single" w:sz="4" w:space="0" w:color="auto"/>
              <w:bottom w:val="single" w:sz="4" w:space="0" w:color="000000"/>
              <w:right w:val="single" w:sz="4" w:space="0" w:color="auto"/>
            </w:tcBorders>
            <w:vAlign w:val="center"/>
            <w:hideMark/>
          </w:tcPr>
          <w:p w14:paraId="13B09CE5" w14:textId="77777777" w:rsidR="008C0BEF" w:rsidRPr="006C4948" w:rsidRDefault="008C0BEF" w:rsidP="006C4948">
            <w:pPr>
              <w:spacing w:after="0" w:line="240" w:lineRule="auto"/>
              <w:rPr>
                <w:rFonts w:ascii="Yu Gothic" w:eastAsia="Yu Gothic" w:hAnsi="Yu Gothic" w:cs="ＭＳ Ｐゴシック"/>
                <w:color w:val="000000"/>
                <w:sz w:val="22"/>
                <w:lang w:eastAsia="ja-JP"/>
              </w:rPr>
            </w:pPr>
          </w:p>
        </w:tc>
        <w:tc>
          <w:tcPr>
            <w:tcW w:w="2158" w:type="dxa"/>
            <w:tcBorders>
              <w:top w:val="nil"/>
              <w:left w:val="nil"/>
              <w:bottom w:val="single" w:sz="4" w:space="0" w:color="auto"/>
              <w:right w:val="single" w:sz="4" w:space="0" w:color="auto"/>
            </w:tcBorders>
            <w:noWrap/>
            <w:vAlign w:val="center"/>
          </w:tcPr>
          <w:p w14:paraId="797FB8AE" w14:textId="1D32B816"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p>
        </w:tc>
        <w:tc>
          <w:tcPr>
            <w:tcW w:w="1022" w:type="dxa"/>
            <w:tcBorders>
              <w:top w:val="nil"/>
              <w:left w:val="nil"/>
              <w:bottom w:val="single" w:sz="4" w:space="0" w:color="auto"/>
              <w:right w:val="single" w:sz="4" w:space="0" w:color="auto"/>
            </w:tcBorders>
            <w:noWrap/>
            <w:vAlign w:val="center"/>
          </w:tcPr>
          <w:p w14:paraId="33DCF3F5" w14:textId="31622503"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p>
        </w:tc>
        <w:tc>
          <w:tcPr>
            <w:tcW w:w="1422" w:type="dxa"/>
            <w:tcBorders>
              <w:top w:val="nil"/>
              <w:left w:val="nil"/>
              <w:bottom w:val="single" w:sz="4" w:space="0" w:color="auto"/>
              <w:right w:val="single" w:sz="4" w:space="0" w:color="auto"/>
            </w:tcBorders>
            <w:noWrap/>
            <w:vAlign w:val="center"/>
          </w:tcPr>
          <w:p w14:paraId="3E87C483" w14:textId="761C291D"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p>
        </w:tc>
        <w:tc>
          <w:tcPr>
            <w:tcW w:w="1422" w:type="dxa"/>
            <w:tcBorders>
              <w:top w:val="nil"/>
              <w:left w:val="nil"/>
              <w:bottom w:val="single" w:sz="4" w:space="0" w:color="auto"/>
              <w:right w:val="single" w:sz="4" w:space="0" w:color="auto"/>
            </w:tcBorders>
            <w:noWrap/>
            <w:vAlign w:val="center"/>
          </w:tcPr>
          <w:p w14:paraId="798AAC81" w14:textId="34492BA5" w:rsidR="008C0BEF" w:rsidRPr="006C4948" w:rsidRDefault="008C0BEF" w:rsidP="006C4948">
            <w:pPr>
              <w:spacing w:after="0" w:line="240" w:lineRule="auto"/>
              <w:jc w:val="center"/>
              <w:rPr>
                <w:rFonts w:ascii="Yu Gothic" w:eastAsia="Yu Gothic" w:hAnsi="Yu Gothic" w:cs="ＭＳ Ｐゴシック"/>
                <w:color w:val="000000"/>
                <w:sz w:val="22"/>
                <w:lang w:eastAsia="ja-JP"/>
              </w:rPr>
            </w:pPr>
          </w:p>
        </w:tc>
      </w:tr>
    </w:tbl>
    <w:p w14:paraId="23F60DD6" w14:textId="77777777" w:rsidR="005E1ACE" w:rsidRDefault="005E1ACE" w:rsidP="008C0BEF">
      <w:pPr>
        <w:spacing w:after="0"/>
        <w:rPr>
          <w:rFonts w:asciiTheme="minorHAnsi" w:hAnsiTheme="minorHAnsi"/>
          <w:sz w:val="20"/>
          <w:szCs w:val="20"/>
          <w:lang w:eastAsia="ja-JP"/>
        </w:rPr>
      </w:pPr>
    </w:p>
    <w:sectPr w:rsidR="005E1ACE" w:rsidSect="004F71CF">
      <w:pgSz w:w="12240" w:h="15840"/>
      <w:pgMar w:top="1276"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0275E" w14:textId="77777777" w:rsidR="00C90E25" w:rsidRDefault="00C90E25" w:rsidP="00283543">
      <w:pPr>
        <w:spacing w:after="0" w:line="240" w:lineRule="auto"/>
      </w:pPr>
      <w:r>
        <w:separator/>
      </w:r>
    </w:p>
  </w:endnote>
  <w:endnote w:type="continuationSeparator" w:id="0">
    <w:p w14:paraId="68A12FA6" w14:textId="77777777" w:rsidR="00C90E25" w:rsidRDefault="00C90E25" w:rsidP="002835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メイリオ">
    <w:panose1 w:val="020B0604030504040204"/>
    <w:charset w:val="80"/>
    <w:family w:val="modern"/>
    <w:pitch w:val="variable"/>
    <w:sig w:usb0="E00002FF" w:usb1="6AC7FFFF"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Yu Gothic">
    <w:altName w:val="游ゴシック"/>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59E91" w14:textId="77777777" w:rsidR="00C90E25" w:rsidRDefault="00C90E25" w:rsidP="00283543">
      <w:pPr>
        <w:spacing w:after="0" w:line="240" w:lineRule="auto"/>
      </w:pPr>
      <w:r>
        <w:separator/>
      </w:r>
    </w:p>
  </w:footnote>
  <w:footnote w:type="continuationSeparator" w:id="0">
    <w:p w14:paraId="1651FCC1" w14:textId="77777777" w:rsidR="00C90E25" w:rsidRDefault="00C90E25" w:rsidP="002835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C455BB8"/>
    <w:multiLevelType w:val="hybridMultilevel"/>
    <w:tmpl w:val="D9C29076"/>
    <w:lvl w:ilvl="0" w:tplc="7D84D17A">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0EC25B75"/>
    <w:multiLevelType w:val="hybridMultilevel"/>
    <w:tmpl w:val="C4046598"/>
    <w:lvl w:ilvl="0" w:tplc="35289CCC">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181777668">
    <w:abstractNumId w:val="8"/>
  </w:num>
  <w:num w:numId="2" w16cid:durableId="863176206">
    <w:abstractNumId w:val="6"/>
  </w:num>
  <w:num w:numId="3" w16cid:durableId="1079328934">
    <w:abstractNumId w:val="5"/>
  </w:num>
  <w:num w:numId="4" w16cid:durableId="1823808257">
    <w:abstractNumId w:val="4"/>
  </w:num>
  <w:num w:numId="5" w16cid:durableId="1059403032">
    <w:abstractNumId w:val="7"/>
  </w:num>
  <w:num w:numId="6" w16cid:durableId="2019379490">
    <w:abstractNumId w:val="3"/>
  </w:num>
  <w:num w:numId="7" w16cid:durableId="1660843851">
    <w:abstractNumId w:val="2"/>
  </w:num>
  <w:num w:numId="8" w16cid:durableId="249506292">
    <w:abstractNumId w:val="1"/>
  </w:num>
  <w:num w:numId="9" w16cid:durableId="1854882567">
    <w:abstractNumId w:val="0"/>
  </w:num>
  <w:num w:numId="10" w16cid:durableId="1356348348">
    <w:abstractNumId w:val="10"/>
  </w:num>
  <w:num w:numId="11" w16cid:durableId="10627567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63A6"/>
    <w:rsid w:val="00020B7B"/>
    <w:rsid w:val="000325A7"/>
    <w:rsid w:val="00034616"/>
    <w:rsid w:val="00042B50"/>
    <w:rsid w:val="0005241F"/>
    <w:rsid w:val="000528D6"/>
    <w:rsid w:val="00056951"/>
    <w:rsid w:val="00056B6E"/>
    <w:rsid w:val="0006063C"/>
    <w:rsid w:val="000608F3"/>
    <w:rsid w:val="00060A2C"/>
    <w:rsid w:val="000659D5"/>
    <w:rsid w:val="00066802"/>
    <w:rsid w:val="00077BF6"/>
    <w:rsid w:val="00090139"/>
    <w:rsid w:val="00092C3B"/>
    <w:rsid w:val="0009630C"/>
    <w:rsid w:val="000B093D"/>
    <w:rsid w:val="000B45F6"/>
    <w:rsid w:val="000C0486"/>
    <w:rsid w:val="000C7AD2"/>
    <w:rsid w:val="001014D7"/>
    <w:rsid w:val="0010555D"/>
    <w:rsid w:val="00111A64"/>
    <w:rsid w:val="00131404"/>
    <w:rsid w:val="00132F46"/>
    <w:rsid w:val="00140D24"/>
    <w:rsid w:val="0015074B"/>
    <w:rsid w:val="00152349"/>
    <w:rsid w:val="001551BE"/>
    <w:rsid w:val="001B3D82"/>
    <w:rsid w:val="001B4E29"/>
    <w:rsid w:val="00211B26"/>
    <w:rsid w:val="00223B0C"/>
    <w:rsid w:val="0023607C"/>
    <w:rsid w:val="0024668D"/>
    <w:rsid w:val="002556BF"/>
    <w:rsid w:val="00264269"/>
    <w:rsid w:val="00267256"/>
    <w:rsid w:val="00272BD4"/>
    <w:rsid w:val="00283543"/>
    <w:rsid w:val="0029593E"/>
    <w:rsid w:val="0029639D"/>
    <w:rsid w:val="0029797F"/>
    <w:rsid w:val="002A5DBA"/>
    <w:rsid w:val="002C4C26"/>
    <w:rsid w:val="002E5EBD"/>
    <w:rsid w:val="002E6167"/>
    <w:rsid w:val="002F4145"/>
    <w:rsid w:val="00300534"/>
    <w:rsid w:val="0030748C"/>
    <w:rsid w:val="00326F90"/>
    <w:rsid w:val="0033391C"/>
    <w:rsid w:val="0033570C"/>
    <w:rsid w:val="00344524"/>
    <w:rsid w:val="00355B62"/>
    <w:rsid w:val="003760C2"/>
    <w:rsid w:val="00390C9F"/>
    <w:rsid w:val="003B6D0F"/>
    <w:rsid w:val="003D0B13"/>
    <w:rsid w:val="003D4DC0"/>
    <w:rsid w:val="003E1D1A"/>
    <w:rsid w:val="003F45BA"/>
    <w:rsid w:val="003F4772"/>
    <w:rsid w:val="00401D17"/>
    <w:rsid w:val="00413D76"/>
    <w:rsid w:val="00426132"/>
    <w:rsid w:val="00443B68"/>
    <w:rsid w:val="00495CE2"/>
    <w:rsid w:val="004D285B"/>
    <w:rsid w:val="004E0482"/>
    <w:rsid w:val="004F71CF"/>
    <w:rsid w:val="004F720B"/>
    <w:rsid w:val="00502974"/>
    <w:rsid w:val="00506040"/>
    <w:rsid w:val="005135F3"/>
    <w:rsid w:val="00523D80"/>
    <w:rsid w:val="005466CF"/>
    <w:rsid w:val="00557006"/>
    <w:rsid w:val="00576077"/>
    <w:rsid w:val="00581BF7"/>
    <w:rsid w:val="005A290A"/>
    <w:rsid w:val="005A66EE"/>
    <w:rsid w:val="005B3D21"/>
    <w:rsid w:val="005C2C7B"/>
    <w:rsid w:val="005C6661"/>
    <w:rsid w:val="005E1ACE"/>
    <w:rsid w:val="005F025D"/>
    <w:rsid w:val="0060241A"/>
    <w:rsid w:val="00602843"/>
    <w:rsid w:val="00604CA6"/>
    <w:rsid w:val="00611BA8"/>
    <w:rsid w:val="006128E9"/>
    <w:rsid w:val="006138D4"/>
    <w:rsid w:val="006335D4"/>
    <w:rsid w:val="00641948"/>
    <w:rsid w:val="00663EE5"/>
    <w:rsid w:val="00664DE0"/>
    <w:rsid w:val="006A0BC2"/>
    <w:rsid w:val="006B70A8"/>
    <w:rsid w:val="006C47CD"/>
    <w:rsid w:val="006C4948"/>
    <w:rsid w:val="006C5789"/>
    <w:rsid w:val="006D3A83"/>
    <w:rsid w:val="006D5114"/>
    <w:rsid w:val="0071459D"/>
    <w:rsid w:val="00737482"/>
    <w:rsid w:val="0074541F"/>
    <w:rsid w:val="007768A5"/>
    <w:rsid w:val="0078237A"/>
    <w:rsid w:val="007A1972"/>
    <w:rsid w:val="007B4A71"/>
    <w:rsid w:val="007C1AFA"/>
    <w:rsid w:val="007C4B63"/>
    <w:rsid w:val="007E579C"/>
    <w:rsid w:val="00806FB0"/>
    <w:rsid w:val="00846643"/>
    <w:rsid w:val="008539AB"/>
    <w:rsid w:val="00870988"/>
    <w:rsid w:val="00872A5D"/>
    <w:rsid w:val="0088138F"/>
    <w:rsid w:val="008926ED"/>
    <w:rsid w:val="008B190D"/>
    <w:rsid w:val="008B19C8"/>
    <w:rsid w:val="008C0BEF"/>
    <w:rsid w:val="008C65E5"/>
    <w:rsid w:val="008E5B77"/>
    <w:rsid w:val="00901838"/>
    <w:rsid w:val="00901D50"/>
    <w:rsid w:val="00906267"/>
    <w:rsid w:val="0091355D"/>
    <w:rsid w:val="00934906"/>
    <w:rsid w:val="00952E93"/>
    <w:rsid w:val="00964BF0"/>
    <w:rsid w:val="00993C5E"/>
    <w:rsid w:val="009A0FF3"/>
    <w:rsid w:val="009B35FD"/>
    <w:rsid w:val="009D016F"/>
    <w:rsid w:val="009D1B71"/>
    <w:rsid w:val="00A2506F"/>
    <w:rsid w:val="00A366B5"/>
    <w:rsid w:val="00A4287A"/>
    <w:rsid w:val="00A705E8"/>
    <w:rsid w:val="00A71C76"/>
    <w:rsid w:val="00A904ED"/>
    <w:rsid w:val="00A929F9"/>
    <w:rsid w:val="00AA1D8D"/>
    <w:rsid w:val="00AA4DCE"/>
    <w:rsid w:val="00AB3CCC"/>
    <w:rsid w:val="00AB6A27"/>
    <w:rsid w:val="00AC570F"/>
    <w:rsid w:val="00AD45E9"/>
    <w:rsid w:val="00AE3758"/>
    <w:rsid w:val="00AE4426"/>
    <w:rsid w:val="00AF40B3"/>
    <w:rsid w:val="00B0193F"/>
    <w:rsid w:val="00B07D5B"/>
    <w:rsid w:val="00B3276C"/>
    <w:rsid w:val="00B413B4"/>
    <w:rsid w:val="00B44785"/>
    <w:rsid w:val="00B47730"/>
    <w:rsid w:val="00B51461"/>
    <w:rsid w:val="00B52BA6"/>
    <w:rsid w:val="00B5792C"/>
    <w:rsid w:val="00B672C5"/>
    <w:rsid w:val="00B73DCA"/>
    <w:rsid w:val="00B8194A"/>
    <w:rsid w:val="00B93AEF"/>
    <w:rsid w:val="00BB7969"/>
    <w:rsid w:val="00BC0351"/>
    <w:rsid w:val="00BC553C"/>
    <w:rsid w:val="00BD497A"/>
    <w:rsid w:val="00BE1174"/>
    <w:rsid w:val="00BF5D00"/>
    <w:rsid w:val="00BF7F9B"/>
    <w:rsid w:val="00C065D3"/>
    <w:rsid w:val="00C30509"/>
    <w:rsid w:val="00C34D68"/>
    <w:rsid w:val="00C43DF7"/>
    <w:rsid w:val="00C635C1"/>
    <w:rsid w:val="00C8043F"/>
    <w:rsid w:val="00C844C2"/>
    <w:rsid w:val="00C86EE4"/>
    <w:rsid w:val="00C90E25"/>
    <w:rsid w:val="00CA2D11"/>
    <w:rsid w:val="00CA60A1"/>
    <w:rsid w:val="00CB0664"/>
    <w:rsid w:val="00CB2D56"/>
    <w:rsid w:val="00CD7E7D"/>
    <w:rsid w:val="00CE43A7"/>
    <w:rsid w:val="00CE6E7F"/>
    <w:rsid w:val="00CF4214"/>
    <w:rsid w:val="00D265DF"/>
    <w:rsid w:val="00D376EC"/>
    <w:rsid w:val="00D5006E"/>
    <w:rsid w:val="00D6027E"/>
    <w:rsid w:val="00D60B13"/>
    <w:rsid w:val="00D7201C"/>
    <w:rsid w:val="00D800EC"/>
    <w:rsid w:val="00D967A9"/>
    <w:rsid w:val="00DD709D"/>
    <w:rsid w:val="00DE1431"/>
    <w:rsid w:val="00E0356F"/>
    <w:rsid w:val="00E04F49"/>
    <w:rsid w:val="00E10648"/>
    <w:rsid w:val="00E33BDD"/>
    <w:rsid w:val="00E53ACF"/>
    <w:rsid w:val="00E62D61"/>
    <w:rsid w:val="00E8065A"/>
    <w:rsid w:val="00EA6C2C"/>
    <w:rsid w:val="00EE569C"/>
    <w:rsid w:val="00EE5D07"/>
    <w:rsid w:val="00EE6A1A"/>
    <w:rsid w:val="00F16C79"/>
    <w:rsid w:val="00F36C34"/>
    <w:rsid w:val="00F43102"/>
    <w:rsid w:val="00F55744"/>
    <w:rsid w:val="00F55926"/>
    <w:rsid w:val="00F62CF4"/>
    <w:rsid w:val="00F642DB"/>
    <w:rsid w:val="00F656B1"/>
    <w:rsid w:val="00FC693F"/>
    <w:rsid w:val="00FF3DA1"/>
    <w:rsid w:val="03EDF2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24062061"/>
  <w14:defaultImageDpi w14:val="300"/>
  <w15:docId w15:val="{361E4C77-A558-4189-A998-801065987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メイリオ" w:hAnsi="メイリオ"/>
      <w:sz w:val="21"/>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
    <w:name w:val="Hyperlink"/>
    <w:basedOn w:val="a2"/>
    <w:uiPriority w:val="99"/>
    <w:unhideWhenUsed/>
    <w:rsid w:val="00BD497A"/>
    <w:rPr>
      <w:color w:val="0000FF" w:themeColor="hyperlink"/>
      <w:u w:val="single"/>
    </w:rPr>
  </w:style>
  <w:style w:type="character" w:styleId="aff0">
    <w:name w:val="Unresolved Mention"/>
    <w:basedOn w:val="a2"/>
    <w:uiPriority w:val="99"/>
    <w:semiHidden/>
    <w:unhideWhenUsed/>
    <w:rsid w:val="00BD49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539</Words>
  <Characters>3076</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3608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seika-sci@kyoto-fsci.or.jp</cp:lastModifiedBy>
  <cp:revision>2</cp:revision>
  <cp:lastPrinted>2026-08-12T06:47:00Z</cp:lastPrinted>
  <dcterms:created xsi:type="dcterms:W3CDTF">2026-08-20T06:22:00Z</dcterms:created>
  <dcterms:modified xsi:type="dcterms:W3CDTF">2026-08-20T06:22:00Z</dcterms:modified>
  <cp:category/>
</cp:coreProperties>
</file>